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4A08F" w14:textId="77777777" w:rsidR="00D250FE" w:rsidRDefault="001B3192">
      <w:pPr>
        <w:spacing w:after="140"/>
      </w:pPr>
      <w:r>
        <w:rPr>
          <w:b/>
          <w:sz w:val="31"/>
        </w:rPr>
        <w:t>BRADLEY STOKE TOWN COUNCIL</w:t>
      </w:r>
    </w:p>
    <w:p w14:paraId="4C503403" w14:textId="77777777" w:rsidR="00D250FE" w:rsidRPr="00AB4C19" w:rsidRDefault="001B3192">
      <w:pPr>
        <w:pBdr>
          <w:bottom w:val="single" w:sz="5" w:space="5" w:color="808080"/>
        </w:pBdr>
        <w:spacing w:after="160"/>
        <w:rPr>
          <w:sz w:val="24"/>
          <w:szCs w:val="24"/>
        </w:rPr>
      </w:pPr>
      <w:r w:rsidRPr="00AB4C19">
        <w:rPr>
          <w:b/>
          <w:sz w:val="24"/>
          <w:szCs w:val="24"/>
        </w:rPr>
        <w:t>JOB DESCRIPTION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00"/>
        <w:gridCol w:w="5000"/>
      </w:tblGrid>
      <w:tr w:rsidR="00D250FE" w:rsidRPr="00AB4C19" w14:paraId="44C90EBB" w14:textId="77777777">
        <w:tc>
          <w:tcPr>
            <w:tcW w:w="5000" w:type="dxa"/>
            <w:tcMar>
              <w:top w:w="0" w:type="dxa"/>
              <w:left w:w="0" w:type="dxa"/>
              <w:bottom w:w="0" w:type="dxa"/>
              <w:right w:w="0" w:type="dxa"/>
            </w:tcMar>
          </w:tcPr>
          <w:p w14:paraId="3BE83B6C" w14:textId="467C04B8" w:rsidR="00D250FE" w:rsidRPr="00AB4C19" w:rsidRDefault="001B3192">
            <w:pPr>
              <w:rPr>
                <w:sz w:val="24"/>
                <w:szCs w:val="24"/>
              </w:rPr>
            </w:pPr>
            <w:r w:rsidRPr="00AB4C19">
              <w:rPr>
                <w:b/>
                <w:sz w:val="24"/>
                <w:szCs w:val="24"/>
              </w:rPr>
              <w:t xml:space="preserve">DEPARTMENT: </w:t>
            </w:r>
            <w:r w:rsidRPr="00AB4C19">
              <w:rPr>
                <w:sz w:val="24"/>
                <w:szCs w:val="24"/>
              </w:rPr>
              <w:t>TOWN CLERK</w:t>
            </w:r>
          </w:p>
        </w:tc>
        <w:tc>
          <w:tcPr>
            <w:tcW w:w="5000" w:type="dxa"/>
            <w:tcMar>
              <w:top w:w="0" w:type="dxa"/>
              <w:left w:w="0" w:type="dxa"/>
              <w:bottom w:w="0" w:type="dxa"/>
              <w:right w:w="0" w:type="dxa"/>
            </w:tcMar>
          </w:tcPr>
          <w:p w14:paraId="573C7107" w14:textId="77777777" w:rsidR="00D250FE" w:rsidRPr="00AB4C19" w:rsidRDefault="001B3192">
            <w:pPr>
              <w:rPr>
                <w:sz w:val="24"/>
                <w:szCs w:val="24"/>
              </w:rPr>
            </w:pPr>
            <w:r w:rsidRPr="00AB4C19">
              <w:rPr>
                <w:b/>
                <w:sz w:val="24"/>
                <w:szCs w:val="24"/>
              </w:rPr>
              <w:t xml:space="preserve">SECTION: </w:t>
            </w:r>
            <w:r w:rsidRPr="00AB4C19">
              <w:rPr>
                <w:sz w:val="24"/>
                <w:szCs w:val="24"/>
              </w:rPr>
              <w:t>ACTIVITY CENTRES / FACILITIES</w:t>
            </w:r>
          </w:p>
        </w:tc>
      </w:tr>
    </w:tbl>
    <w:p w14:paraId="7046F911" w14:textId="77777777" w:rsidR="00D250FE" w:rsidRPr="00AB4C19" w:rsidRDefault="00D250FE">
      <w:pPr>
        <w:pBdr>
          <w:bottom w:val="single" w:sz="5" w:space="0" w:color="808080"/>
        </w:pBdr>
        <w:spacing w:after="140" w:line="20" w:lineRule="exact"/>
        <w:rPr>
          <w:sz w:val="24"/>
          <w:szCs w:val="24"/>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00"/>
        <w:gridCol w:w="5000"/>
      </w:tblGrid>
      <w:tr w:rsidR="00D250FE" w:rsidRPr="00AB4C19" w14:paraId="62E84134" w14:textId="77777777">
        <w:tc>
          <w:tcPr>
            <w:tcW w:w="5000" w:type="dxa"/>
            <w:tcMar>
              <w:top w:w="0" w:type="dxa"/>
              <w:left w:w="0" w:type="dxa"/>
              <w:bottom w:w="0" w:type="dxa"/>
              <w:right w:w="0" w:type="dxa"/>
            </w:tcMar>
          </w:tcPr>
          <w:p w14:paraId="6DCDF8E9" w14:textId="77777777" w:rsidR="00D250FE" w:rsidRPr="00AB4C19" w:rsidRDefault="001B3192">
            <w:pPr>
              <w:rPr>
                <w:sz w:val="24"/>
                <w:szCs w:val="24"/>
              </w:rPr>
            </w:pPr>
            <w:r w:rsidRPr="00AB4C19">
              <w:rPr>
                <w:b/>
                <w:sz w:val="24"/>
                <w:szCs w:val="24"/>
              </w:rPr>
              <w:t xml:space="preserve">JOB TITLE: </w:t>
            </w:r>
            <w:r w:rsidRPr="00AB4C19">
              <w:rPr>
                <w:bCs/>
                <w:sz w:val="24"/>
                <w:szCs w:val="24"/>
              </w:rPr>
              <w:t>MAINTENANCE TECHNICIAN</w:t>
            </w:r>
          </w:p>
        </w:tc>
        <w:tc>
          <w:tcPr>
            <w:tcW w:w="5000" w:type="dxa"/>
            <w:tcMar>
              <w:top w:w="0" w:type="dxa"/>
              <w:left w:w="0" w:type="dxa"/>
              <w:bottom w:w="0" w:type="dxa"/>
              <w:right w:w="0" w:type="dxa"/>
            </w:tcMar>
          </w:tcPr>
          <w:p w14:paraId="11D2E6AD" w14:textId="77777777" w:rsidR="00D250FE" w:rsidRPr="00AB4C19" w:rsidRDefault="001B3192">
            <w:pPr>
              <w:rPr>
                <w:sz w:val="24"/>
                <w:szCs w:val="24"/>
              </w:rPr>
            </w:pPr>
            <w:r w:rsidRPr="00AB4C19">
              <w:rPr>
                <w:b/>
                <w:sz w:val="24"/>
                <w:szCs w:val="24"/>
              </w:rPr>
              <w:t>GRADE / SCP: 5-7</w:t>
            </w:r>
          </w:p>
        </w:tc>
      </w:tr>
    </w:tbl>
    <w:p w14:paraId="031A573D" w14:textId="77777777" w:rsidR="00D250FE" w:rsidRPr="00AB4C19" w:rsidRDefault="00D250FE">
      <w:pPr>
        <w:pBdr>
          <w:bottom w:val="single" w:sz="5" w:space="0" w:color="808080"/>
        </w:pBdr>
        <w:spacing w:after="140" w:line="20" w:lineRule="exact"/>
        <w:rPr>
          <w:sz w:val="24"/>
          <w:szCs w:val="24"/>
        </w:rPr>
      </w:pPr>
    </w:p>
    <w:p w14:paraId="24916F7E" w14:textId="77777777" w:rsidR="00D250FE" w:rsidRPr="00AB4C19" w:rsidRDefault="001B3192">
      <w:pPr>
        <w:spacing w:after="80"/>
        <w:rPr>
          <w:sz w:val="24"/>
          <w:szCs w:val="24"/>
        </w:rPr>
      </w:pPr>
      <w:r w:rsidRPr="00AB4C19">
        <w:rPr>
          <w:b/>
          <w:sz w:val="24"/>
          <w:szCs w:val="24"/>
        </w:rPr>
        <w:t xml:space="preserve">HOURS: </w:t>
      </w:r>
      <w:r w:rsidRPr="00AB4C19">
        <w:rPr>
          <w:sz w:val="24"/>
          <w:szCs w:val="24"/>
        </w:rPr>
        <w:t>22.5 HOURS PER WEEK</w:t>
      </w:r>
    </w:p>
    <w:p w14:paraId="7A6EEE51" w14:textId="77777777" w:rsidR="00D250FE" w:rsidRPr="00AB4C19" w:rsidRDefault="00D250FE">
      <w:pPr>
        <w:pBdr>
          <w:bottom w:val="single" w:sz="5" w:space="0" w:color="808080"/>
        </w:pBdr>
        <w:spacing w:after="100" w:line="20" w:lineRule="exact"/>
        <w:rPr>
          <w:sz w:val="24"/>
          <w:szCs w:val="24"/>
        </w:rPr>
      </w:pPr>
    </w:p>
    <w:p w14:paraId="0CB99D74" w14:textId="77777777" w:rsidR="00D250FE" w:rsidRPr="00AB4C19" w:rsidRDefault="001B3192" w:rsidP="00AB4C19">
      <w:pPr>
        <w:tabs>
          <w:tab w:val="left" w:pos="426"/>
        </w:tabs>
        <w:spacing w:before="60" w:after="100"/>
        <w:rPr>
          <w:sz w:val="24"/>
          <w:szCs w:val="24"/>
        </w:rPr>
      </w:pPr>
      <w:r w:rsidRPr="00AB4C19">
        <w:rPr>
          <w:b/>
          <w:sz w:val="24"/>
          <w:szCs w:val="24"/>
        </w:rPr>
        <w:t>1.</w:t>
      </w:r>
      <w:r w:rsidRPr="00AB4C19">
        <w:rPr>
          <w:b/>
          <w:sz w:val="24"/>
          <w:szCs w:val="24"/>
        </w:rPr>
        <w:tab/>
        <w:t>JOB PURPOSE</w:t>
      </w:r>
    </w:p>
    <w:p w14:paraId="47DA20B7" w14:textId="77777777" w:rsidR="00D250FE" w:rsidRPr="00AB4C19" w:rsidRDefault="001B3192">
      <w:pPr>
        <w:spacing w:after="100"/>
        <w:ind w:left="454"/>
        <w:jc w:val="both"/>
        <w:rPr>
          <w:sz w:val="24"/>
          <w:szCs w:val="24"/>
        </w:rPr>
      </w:pPr>
      <w:r w:rsidRPr="00AB4C19">
        <w:rPr>
          <w:sz w:val="24"/>
          <w:szCs w:val="24"/>
        </w:rPr>
        <w:t xml:space="preserve">To undertake planned and reactive maintenance across all Bradley Stoke Town Council buildings, activity centres, parks, play areas, open </w:t>
      </w:r>
      <w:proofErr w:type="gramStart"/>
      <w:r w:rsidRPr="00AB4C19">
        <w:rPr>
          <w:sz w:val="24"/>
          <w:szCs w:val="24"/>
        </w:rPr>
        <w:t>spaces</w:t>
      </w:r>
      <w:proofErr w:type="gramEnd"/>
      <w:r w:rsidRPr="00AB4C19">
        <w:rPr>
          <w:sz w:val="24"/>
          <w:szCs w:val="24"/>
        </w:rPr>
        <w:t xml:space="preserve"> and other Council assets, helping to keep them safe, serviceable and well maintained.</w:t>
      </w:r>
    </w:p>
    <w:p w14:paraId="1625E174" w14:textId="77777777" w:rsidR="00D250FE" w:rsidRPr="00AB4C19" w:rsidRDefault="001B3192">
      <w:pPr>
        <w:spacing w:after="100"/>
        <w:ind w:left="454"/>
        <w:jc w:val="both"/>
        <w:rPr>
          <w:sz w:val="24"/>
          <w:szCs w:val="24"/>
        </w:rPr>
      </w:pPr>
      <w:r w:rsidRPr="00AB4C19">
        <w:rPr>
          <w:sz w:val="24"/>
          <w:szCs w:val="24"/>
        </w:rPr>
        <w:t>As a core requirement of the post, to provide cover for the Mobile Cleansing Operative whenever they are absent from work, and to assist with occasional evening or weekend work in support of Council events and operational requirements.</w:t>
      </w:r>
    </w:p>
    <w:p w14:paraId="4646D1DE" w14:textId="77777777" w:rsidR="00D250FE" w:rsidRPr="00AB4C19" w:rsidRDefault="00D250FE">
      <w:pPr>
        <w:pBdr>
          <w:bottom w:val="single" w:sz="5" w:space="0" w:color="808080"/>
        </w:pBdr>
        <w:spacing w:after="120" w:line="20" w:lineRule="exact"/>
        <w:rPr>
          <w:sz w:val="24"/>
          <w:szCs w:val="24"/>
        </w:rPr>
      </w:pPr>
    </w:p>
    <w:p w14:paraId="25EE0A5E" w14:textId="77777777" w:rsidR="00D250FE" w:rsidRPr="00AB4C19" w:rsidRDefault="001B3192" w:rsidP="00AB4C19">
      <w:pPr>
        <w:tabs>
          <w:tab w:val="left" w:pos="426"/>
        </w:tabs>
        <w:spacing w:before="60" w:after="100"/>
        <w:rPr>
          <w:sz w:val="24"/>
          <w:szCs w:val="24"/>
        </w:rPr>
      </w:pPr>
      <w:r w:rsidRPr="00AB4C19">
        <w:rPr>
          <w:b/>
          <w:sz w:val="24"/>
          <w:szCs w:val="24"/>
        </w:rPr>
        <w:t>2.</w:t>
      </w:r>
      <w:r w:rsidRPr="00AB4C19">
        <w:rPr>
          <w:b/>
          <w:sz w:val="24"/>
          <w:szCs w:val="24"/>
        </w:rPr>
        <w:tab/>
        <w:t>MAIN DUTIES/ACCOUNTABILITIES</w:t>
      </w:r>
    </w:p>
    <w:p w14:paraId="38106E06" w14:textId="77777777" w:rsidR="00D250FE" w:rsidRPr="00AB4C19" w:rsidRDefault="001B3192">
      <w:pPr>
        <w:spacing w:after="66"/>
        <w:ind w:left="454" w:hanging="312"/>
        <w:jc w:val="both"/>
        <w:rPr>
          <w:sz w:val="24"/>
          <w:szCs w:val="24"/>
        </w:rPr>
      </w:pPr>
      <w:r w:rsidRPr="00AB4C19">
        <w:rPr>
          <w:sz w:val="24"/>
          <w:szCs w:val="24"/>
        </w:rPr>
        <w:t xml:space="preserve">a) To carry out planned and reactive maintenance across all Town Council sites, buildings, facilities, parks, play areas, open </w:t>
      </w:r>
      <w:proofErr w:type="gramStart"/>
      <w:r w:rsidRPr="00AB4C19">
        <w:rPr>
          <w:sz w:val="24"/>
          <w:szCs w:val="24"/>
        </w:rPr>
        <w:t>spaces</w:t>
      </w:r>
      <w:proofErr w:type="gramEnd"/>
      <w:r w:rsidRPr="00AB4C19">
        <w:rPr>
          <w:sz w:val="24"/>
          <w:szCs w:val="24"/>
        </w:rPr>
        <w:t xml:space="preserve"> and other assets.</w:t>
      </w:r>
    </w:p>
    <w:p w14:paraId="6959A6A8" w14:textId="58183D40" w:rsidR="00D250FE" w:rsidRPr="00AB4C19" w:rsidRDefault="001B3192">
      <w:pPr>
        <w:spacing w:after="66"/>
        <w:ind w:left="454" w:hanging="312"/>
        <w:jc w:val="both"/>
        <w:rPr>
          <w:sz w:val="24"/>
          <w:szCs w:val="24"/>
        </w:rPr>
      </w:pPr>
      <w:r w:rsidRPr="00AB4C19">
        <w:rPr>
          <w:sz w:val="24"/>
          <w:szCs w:val="24"/>
        </w:rPr>
        <w:t>b)</w:t>
      </w:r>
      <w:r w:rsidR="00AB4C19">
        <w:rPr>
          <w:sz w:val="24"/>
          <w:szCs w:val="24"/>
        </w:rPr>
        <w:tab/>
      </w:r>
      <w:r w:rsidRPr="00AB4C19">
        <w:rPr>
          <w:sz w:val="24"/>
          <w:szCs w:val="24"/>
        </w:rPr>
        <w:t>To undertake minor repairs and routine maintenance within the postholder's competence, including basic carpentry, painting and decorating, fixture and fitting repairs, furniture repairs and similar general maintenance tasks.</w:t>
      </w:r>
    </w:p>
    <w:p w14:paraId="2F5B6A00" w14:textId="3AD63FFB" w:rsidR="00D250FE" w:rsidRPr="00AB4C19" w:rsidRDefault="001B3192">
      <w:pPr>
        <w:spacing w:after="66"/>
        <w:ind w:left="454" w:hanging="312"/>
        <w:jc w:val="both"/>
        <w:rPr>
          <w:sz w:val="24"/>
          <w:szCs w:val="24"/>
        </w:rPr>
      </w:pPr>
      <w:r w:rsidRPr="00AB4C19">
        <w:rPr>
          <w:sz w:val="24"/>
          <w:szCs w:val="24"/>
        </w:rPr>
        <w:t xml:space="preserve">c) </w:t>
      </w:r>
      <w:r w:rsidR="00AB4C19">
        <w:rPr>
          <w:sz w:val="24"/>
          <w:szCs w:val="24"/>
        </w:rPr>
        <w:tab/>
      </w:r>
      <w:r w:rsidRPr="00AB4C19">
        <w:rPr>
          <w:sz w:val="24"/>
          <w:szCs w:val="24"/>
        </w:rPr>
        <w:t>To complete planned preventative maintenance tasks in accordance with maintenance schedules, inspection findings and instructions from the Sites Supervisor or Facilities &amp; Operations Manager.</w:t>
      </w:r>
    </w:p>
    <w:p w14:paraId="60FE5C36" w14:textId="75AE4D3E" w:rsidR="00D250FE" w:rsidRPr="00AB4C19" w:rsidRDefault="001B3192">
      <w:pPr>
        <w:spacing w:after="66"/>
        <w:ind w:left="454" w:hanging="312"/>
        <w:jc w:val="both"/>
        <w:rPr>
          <w:sz w:val="24"/>
          <w:szCs w:val="24"/>
        </w:rPr>
      </w:pPr>
      <w:r w:rsidRPr="00AB4C19">
        <w:rPr>
          <w:sz w:val="24"/>
          <w:szCs w:val="24"/>
        </w:rPr>
        <w:t xml:space="preserve">d) </w:t>
      </w:r>
      <w:r w:rsidR="00AB4C19">
        <w:rPr>
          <w:sz w:val="24"/>
          <w:szCs w:val="24"/>
        </w:rPr>
        <w:tab/>
      </w:r>
      <w:r w:rsidRPr="00AB4C19">
        <w:rPr>
          <w:sz w:val="24"/>
          <w:szCs w:val="24"/>
        </w:rPr>
        <w:t>To respond to reported defects, assess the immediate maintenance requirement and complete appropriate repairs where safe and within the postholder's training and competence.</w:t>
      </w:r>
    </w:p>
    <w:p w14:paraId="012919CB" w14:textId="2EBE8666" w:rsidR="00715DAE" w:rsidRPr="00AB4C19" w:rsidRDefault="00715DAE" w:rsidP="00715DAE">
      <w:pPr>
        <w:spacing w:after="66"/>
        <w:ind w:left="454" w:hanging="312"/>
        <w:jc w:val="both"/>
        <w:rPr>
          <w:sz w:val="24"/>
          <w:szCs w:val="24"/>
        </w:rPr>
      </w:pPr>
      <w:r w:rsidRPr="00AB4C19">
        <w:rPr>
          <w:sz w:val="24"/>
          <w:szCs w:val="24"/>
        </w:rPr>
        <w:t>e)</w:t>
      </w:r>
      <w:r w:rsidR="00AB4C19">
        <w:rPr>
          <w:sz w:val="24"/>
          <w:szCs w:val="24"/>
        </w:rPr>
        <w:tab/>
      </w:r>
      <w:r w:rsidRPr="00AB4C19">
        <w:rPr>
          <w:sz w:val="24"/>
          <w:szCs w:val="24"/>
        </w:rPr>
        <w:t xml:space="preserve">To communicate courteously and effectively with members of the public, hirers, contractors, </w:t>
      </w:r>
      <w:proofErr w:type="gramStart"/>
      <w:r w:rsidRPr="00AB4C19">
        <w:rPr>
          <w:sz w:val="24"/>
          <w:szCs w:val="24"/>
        </w:rPr>
        <w:t>colleagues</w:t>
      </w:r>
      <w:proofErr w:type="gramEnd"/>
      <w:r w:rsidRPr="00AB4C19">
        <w:rPr>
          <w:sz w:val="24"/>
          <w:szCs w:val="24"/>
        </w:rPr>
        <w:t xml:space="preserve"> and other users of Council facilities.</w:t>
      </w:r>
    </w:p>
    <w:p w14:paraId="19247822" w14:textId="5E36C19B" w:rsidR="00D250FE" w:rsidRPr="00AB4C19" w:rsidRDefault="00715DAE">
      <w:pPr>
        <w:spacing w:after="66"/>
        <w:ind w:left="454" w:hanging="312"/>
        <w:jc w:val="both"/>
        <w:rPr>
          <w:sz w:val="24"/>
          <w:szCs w:val="24"/>
        </w:rPr>
      </w:pPr>
      <w:r w:rsidRPr="00AB4C19">
        <w:rPr>
          <w:sz w:val="24"/>
          <w:szCs w:val="24"/>
        </w:rPr>
        <w:t>f</w:t>
      </w:r>
      <w:r w:rsidR="001B3192" w:rsidRPr="00AB4C19">
        <w:rPr>
          <w:sz w:val="24"/>
          <w:szCs w:val="24"/>
        </w:rPr>
        <w:t xml:space="preserve">) </w:t>
      </w:r>
      <w:r w:rsidR="00AB4C19">
        <w:rPr>
          <w:sz w:val="24"/>
          <w:szCs w:val="24"/>
        </w:rPr>
        <w:tab/>
      </w:r>
      <w:r w:rsidR="001B3192" w:rsidRPr="00AB4C19">
        <w:rPr>
          <w:sz w:val="24"/>
          <w:szCs w:val="24"/>
        </w:rPr>
        <w:t xml:space="preserve">To identify and promptly report defects, damage, </w:t>
      </w:r>
      <w:proofErr w:type="gramStart"/>
      <w:r w:rsidR="001B3192" w:rsidRPr="00AB4C19">
        <w:rPr>
          <w:sz w:val="24"/>
          <w:szCs w:val="24"/>
        </w:rPr>
        <w:t>vandalism</w:t>
      </w:r>
      <w:proofErr w:type="gramEnd"/>
      <w:r w:rsidR="001B3192" w:rsidRPr="00AB4C19">
        <w:rPr>
          <w:sz w:val="24"/>
          <w:szCs w:val="24"/>
        </w:rPr>
        <w:t xml:space="preserve"> or deterioration requiring specialist repair or contractor attendance.</w:t>
      </w:r>
    </w:p>
    <w:p w14:paraId="27217523" w14:textId="0CBE1701" w:rsidR="00D250FE" w:rsidRPr="00AB4C19" w:rsidRDefault="00715DAE">
      <w:pPr>
        <w:spacing w:after="66"/>
        <w:ind w:left="454" w:hanging="312"/>
        <w:jc w:val="both"/>
        <w:rPr>
          <w:sz w:val="24"/>
          <w:szCs w:val="24"/>
        </w:rPr>
      </w:pPr>
      <w:r w:rsidRPr="00AB4C19">
        <w:rPr>
          <w:sz w:val="24"/>
          <w:szCs w:val="24"/>
        </w:rPr>
        <w:t>g</w:t>
      </w:r>
      <w:r w:rsidR="001B3192" w:rsidRPr="00AB4C19">
        <w:rPr>
          <w:sz w:val="24"/>
          <w:szCs w:val="24"/>
        </w:rPr>
        <w:t>) To undertake routine inspections of Council buildings, equipment, street furniture and external areas and maintain appropriate maintenance or inspection records.</w:t>
      </w:r>
    </w:p>
    <w:p w14:paraId="49978FD0" w14:textId="0F2C64B5" w:rsidR="00D250FE" w:rsidRPr="00AB4C19" w:rsidRDefault="00715DAE">
      <w:pPr>
        <w:spacing w:after="66"/>
        <w:ind w:left="454" w:hanging="312"/>
        <w:jc w:val="both"/>
        <w:rPr>
          <w:sz w:val="24"/>
          <w:szCs w:val="24"/>
        </w:rPr>
      </w:pPr>
      <w:r w:rsidRPr="00AB4C19">
        <w:rPr>
          <w:sz w:val="24"/>
          <w:szCs w:val="24"/>
        </w:rPr>
        <w:t>h</w:t>
      </w:r>
      <w:r w:rsidR="001B3192" w:rsidRPr="00AB4C19">
        <w:rPr>
          <w:sz w:val="24"/>
          <w:szCs w:val="24"/>
        </w:rPr>
        <w:t xml:space="preserve">) </w:t>
      </w:r>
      <w:r w:rsidR="00AB4C19">
        <w:rPr>
          <w:sz w:val="24"/>
          <w:szCs w:val="24"/>
        </w:rPr>
        <w:tab/>
      </w:r>
      <w:r w:rsidR="001B3192" w:rsidRPr="00AB4C19">
        <w:rPr>
          <w:sz w:val="24"/>
          <w:szCs w:val="24"/>
        </w:rPr>
        <w:t>To undertake maintenance work at remote or isolated Council locations, including parks, open spaces, play areas, bus shelters and other street furniture.</w:t>
      </w:r>
    </w:p>
    <w:p w14:paraId="76A0D308" w14:textId="2FD2BEA4" w:rsidR="00D250FE" w:rsidRPr="00AB4C19" w:rsidRDefault="00C1166E">
      <w:pPr>
        <w:spacing w:after="66"/>
        <w:ind w:left="454" w:hanging="312"/>
        <w:jc w:val="both"/>
        <w:rPr>
          <w:sz w:val="24"/>
          <w:szCs w:val="24"/>
        </w:rPr>
      </w:pPr>
      <w:r w:rsidRPr="00AB4C19">
        <w:rPr>
          <w:sz w:val="24"/>
          <w:szCs w:val="24"/>
        </w:rPr>
        <w:t>i</w:t>
      </w:r>
      <w:r w:rsidR="001B3192" w:rsidRPr="00AB4C19">
        <w:rPr>
          <w:sz w:val="24"/>
          <w:szCs w:val="24"/>
        </w:rPr>
        <w:t xml:space="preserve">) </w:t>
      </w:r>
      <w:r w:rsidR="00AB4C19">
        <w:rPr>
          <w:sz w:val="24"/>
          <w:szCs w:val="24"/>
        </w:rPr>
        <w:tab/>
      </w:r>
      <w:r w:rsidR="001B3192" w:rsidRPr="00AB4C19">
        <w:rPr>
          <w:sz w:val="24"/>
          <w:szCs w:val="24"/>
        </w:rPr>
        <w:t xml:space="preserve">To identify and report potential hazardous, </w:t>
      </w:r>
      <w:proofErr w:type="gramStart"/>
      <w:r w:rsidR="001B3192" w:rsidRPr="00AB4C19">
        <w:rPr>
          <w:sz w:val="24"/>
          <w:szCs w:val="24"/>
        </w:rPr>
        <w:t>offensive</w:t>
      </w:r>
      <w:proofErr w:type="gramEnd"/>
      <w:r w:rsidR="001B3192" w:rsidRPr="00AB4C19">
        <w:rPr>
          <w:sz w:val="24"/>
          <w:szCs w:val="24"/>
        </w:rPr>
        <w:t xml:space="preserve"> or dangerous waste and only handle such materials where appropriately trained, equipped and authorised.</w:t>
      </w:r>
    </w:p>
    <w:p w14:paraId="552654F5" w14:textId="255E5AEB" w:rsidR="00D250FE" w:rsidRPr="00AB4C19" w:rsidRDefault="00C1166E">
      <w:pPr>
        <w:spacing w:after="66"/>
        <w:ind w:left="454" w:hanging="312"/>
        <w:jc w:val="both"/>
        <w:rPr>
          <w:sz w:val="24"/>
          <w:szCs w:val="24"/>
        </w:rPr>
      </w:pPr>
      <w:r w:rsidRPr="00AB4C19">
        <w:rPr>
          <w:sz w:val="24"/>
          <w:szCs w:val="24"/>
        </w:rPr>
        <w:t>j</w:t>
      </w:r>
      <w:r w:rsidR="001B3192" w:rsidRPr="00AB4C19">
        <w:rPr>
          <w:sz w:val="24"/>
          <w:szCs w:val="24"/>
        </w:rPr>
        <w:t xml:space="preserve">) </w:t>
      </w:r>
      <w:r w:rsidR="00AB4C19">
        <w:rPr>
          <w:sz w:val="24"/>
          <w:szCs w:val="24"/>
        </w:rPr>
        <w:tab/>
      </w:r>
      <w:r w:rsidR="001B3192" w:rsidRPr="00AB4C19">
        <w:rPr>
          <w:sz w:val="24"/>
          <w:szCs w:val="24"/>
        </w:rPr>
        <w:t>To use, inspect and care for Council hand tools, power tools, maintenance equipment and personal protective equipment in accordance with training and instructions.</w:t>
      </w:r>
    </w:p>
    <w:p w14:paraId="3A9612F8" w14:textId="42DFF8F3" w:rsidR="00D250FE" w:rsidRPr="00AB4C19" w:rsidRDefault="00C1166E">
      <w:pPr>
        <w:spacing w:after="66"/>
        <w:ind w:left="454" w:hanging="312"/>
        <w:jc w:val="both"/>
        <w:rPr>
          <w:sz w:val="24"/>
          <w:szCs w:val="24"/>
        </w:rPr>
      </w:pPr>
      <w:r w:rsidRPr="00AB4C19">
        <w:rPr>
          <w:sz w:val="24"/>
          <w:szCs w:val="24"/>
        </w:rPr>
        <w:t>k</w:t>
      </w:r>
      <w:r w:rsidR="001B3192" w:rsidRPr="00AB4C19">
        <w:rPr>
          <w:sz w:val="24"/>
          <w:szCs w:val="24"/>
        </w:rPr>
        <w:t>)</w:t>
      </w:r>
      <w:r w:rsidR="00AB4C19">
        <w:rPr>
          <w:sz w:val="24"/>
          <w:szCs w:val="24"/>
        </w:rPr>
        <w:tab/>
      </w:r>
      <w:r w:rsidR="001B3192" w:rsidRPr="00AB4C19">
        <w:rPr>
          <w:sz w:val="24"/>
          <w:szCs w:val="24"/>
        </w:rPr>
        <w:t>To work safely in accordance with Council procedures, risk assessments, safe systems of work, manufacturer instructions and relevant health and safety requirements.</w:t>
      </w:r>
    </w:p>
    <w:p w14:paraId="23560B34" w14:textId="0F03682E" w:rsidR="00D250FE" w:rsidRPr="00AB4C19" w:rsidRDefault="00C1166E">
      <w:pPr>
        <w:spacing w:after="66"/>
        <w:ind w:left="454" w:hanging="312"/>
        <w:jc w:val="both"/>
        <w:rPr>
          <w:sz w:val="24"/>
          <w:szCs w:val="24"/>
        </w:rPr>
      </w:pPr>
      <w:r w:rsidRPr="00AB4C19">
        <w:rPr>
          <w:sz w:val="24"/>
          <w:szCs w:val="24"/>
        </w:rPr>
        <w:t>l</w:t>
      </w:r>
      <w:r w:rsidR="001B3192" w:rsidRPr="00AB4C19">
        <w:rPr>
          <w:sz w:val="24"/>
          <w:szCs w:val="24"/>
        </w:rPr>
        <w:t xml:space="preserve">) </w:t>
      </w:r>
      <w:r w:rsidR="00AB4C19">
        <w:rPr>
          <w:sz w:val="24"/>
          <w:szCs w:val="24"/>
        </w:rPr>
        <w:tab/>
      </w:r>
      <w:r w:rsidR="001B3192" w:rsidRPr="00AB4C19">
        <w:rPr>
          <w:sz w:val="24"/>
          <w:szCs w:val="24"/>
        </w:rPr>
        <w:t xml:space="preserve">To keep accurate and timely records of maintenance work, defects, </w:t>
      </w:r>
      <w:proofErr w:type="gramStart"/>
      <w:r w:rsidR="001B3192" w:rsidRPr="00AB4C19">
        <w:rPr>
          <w:sz w:val="24"/>
          <w:szCs w:val="24"/>
        </w:rPr>
        <w:t>inspections</w:t>
      </w:r>
      <w:proofErr w:type="gramEnd"/>
      <w:r w:rsidR="001B3192" w:rsidRPr="00AB4C19">
        <w:rPr>
          <w:sz w:val="24"/>
          <w:szCs w:val="24"/>
        </w:rPr>
        <w:t xml:space="preserve"> and other operational information as required.</w:t>
      </w:r>
    </w:p>
    <w:p w14:paraId="00FE3E77" w14:textId="4AC1FE43" w:rsidR="000035B5" w:rsidRPr="00AB4C19" w:rsidRDefault="000035B5">
      <w:pPr>
        <w:spacing w:after="66"/>
        <w:ind w:left="454" w:hanging="312"/>
        <w:jc w:val="both"/>
        <w:rPr>
          <w:b/>
          <w:bCs/>
          <w:sz w:val="24"/>
          <w:szCs w:val="24"/>
          <w:u w:val="single"/>
        </w:rPr>
      </w:pPr>
      <w:r w:rsidRPr="00AB4C19">
        <w:rPr>
          <w:b/>
          <w:bCs/>
          <w:sz w:val="24"/>
          <w:szCs w:val="24"/>
          <w:u w:val="single"/>
        </w:rPr>
        <w:t>Mobile Cleansing Operative Duties</w:t>
      </w:r>
    </w:p>
    <w:p w14:paraId="7196A5E4" w14:textId="21EE32B6" w:rsidR="00E93FB7" w:rsidRPr="00AB4C19" w:rsidRDefault="00C1166E" w:rsidP="00E93FB7">
      <w:pPr>
        <w:spacing w:after="66"/>
        <w:ind w:left="454" w:hanging="312"/>
        <w:jc w:val="both"/>
        <w:rPr>
          <w:sz w:val="24"/>
          <w:szCs w:val="24"/>
        </w:rPr>
      </w:pPr>
      <w:r w:rsidRPr="00AB4C19">
        <w:rPr>
          <w:sz w:val="24"/>
          <w:szCs w:val="24"/>
        </w:rPr>
        <w:t>m</w:t>
      </w:r>
      <w:r w:rsidR="00E93FB7" w:rsidRPr="00AB4C19">
        <w:rPr>
          <w:sz w:val="24"/>
          <w:szCs w:val="24"/>
        </w:rPr>
        <w:t xml:space="preserve">) As a core requirement of the role, to provide cover for the Mobile Cleansing Operative whenever they are absent from work, including periods of annual leave, </w:t>
      </w:r>
      <w:proofErr w:type="gramStart"/>
      <w:r w:rsidR="00E93FB7" w:rsidRPr="00AB4C19">
        <w:rPr>
          <w:sz w:val="24"/>
          <w:szCs w:val="24"/>
        </w:rPr>
        <w:t>sickness</w:t>
      </w:r>
      <w:proofErr w:type="gramEnd"/>
      <w:r w:rsidR="00E93FB7" w:rsidRPr="00AB4C19">
        <w:rPr>
          <w:sz w:val="24"/>
          <w:szCs w:val="24"/>
        </w:rPr>
        <w:t xml:space="preserve"> or other absence, and when additional operational support is required.</w:t>
      </w:r>
    </w:p>
    <w:p w14:paraId="12E0B0A9" w14:textId="346EB150" w:rsidR="003B19ED" w:rsidRPr="00AB4C19" w:rsidRDefault="00C1166E" w:rsidP="003B19ED">
      <w:pPr>
        <w:spacing w:after="66"/>
        <w:ind w:left="454" w:hanging="312"/>
        <w:jc w:val="both"/>
        <w:rPr>
          <w:sz w:val="24"/>
          <w:szCs w:val="24"/>
        </w:rPr>
      </w:pPr>
      <w:r w:rsidRPr="00AB4C19">
        <w:rPr>
          <w:sz w:val="24"/>
          <w:szCs w:val="24"/>
        </w:rPr>
        <w:t>n</w:t>
      </w:r>
      <w:r w:rsidR="003B19ED" w:rsidRPr="00AB4C19">
        <w:rPr>
          <w:sz w:val="24"/>
          <w:szCs w:val="24"/>
        </w:rPr>
        <w:t>) When providing Mobile Cleansing Operative cover, to undertake the scheduled Mobile Cleansing Operative duties, including litter picking, sweeping, bin emptying, leaf collection and other cleansing duties in accordance with the relevant schedule or programme of work.</w:t>
      </w:r>
    </w:p>
    <w:p w14:paraId="01F10428" w14:textId="4AC24926" w:rsidR="002F7083" w:rsidRPr="00AB4C19" w:rsidRDefault="002F7083" w:rsidP="002F7083">
      <w:pPr>
        <w:spacing w:after="66"/>
        <w:ind w:left="454" w:hanging="312"/>
        <w:jc w:val="both"/>
        <w:rPr>
          <w:sz w:val="24"/>
          <w:szCs w:val="24"/>
        </w:rPr>
      </w:pPr>
      <w:r w:rsidRPr="00AB4C19">
        <w:rPr>
          <w:sz w:val="24"/>
          <w:szCs w:val="24"/>
        </w:rPr>
        <w:t>o) To drive Council vehicles as required, complete routine vehicle checks and use any Council fuel card or purchasing card in accordance with Council procedures.</w:t>
      </w:r>
    </w:p>
    <w:p w14:paraId="0B7A3559" w14:textId="16893B57" w:rsidR="00E93FB7" w:rsidRPr="00AB4C19" w:rsidRDefault="00C1166E" w:rsidP="00E93FB7">
      <w:pPr>
        <w:spacing w:after="66"/>
        <w:ind w:left="454" w:hanging="312"/>
        <w:jc w:val="both"/>
        <w:rPr>
          <w:sz w:val="24"/>
          <w:szCs w:val="24"/>
        </w:rPr>
      </w:pPr>
      <w:r w:rsidRPr="00AB4C19">
        <w:rPr>
          <w:sz w:val="24"/>
          <w:szCs w:val="24"/>
        </w:rPr>
        <w:t>p</w:t>
      </w:r>
      <w:r w:rsidR="00E93FB7" w:rsidRPr="00AB4C19">
        <w:rPr>
          <w:sz w:val="24"/>
          <w:szCs w:val="24"/>
        </w:rPr>
        <w:t>) To carry out cleaning, pressure washing, graffiti removal and other external maintenance tasks where required.</w:t>
      </w:r>
    </w:p>
    <w:p w14:paraId="16E5DDC9" w14:textId="5077A8C0" w:rsidR="00E93FB7" w:rsidRPr="00AB4C19" w:rsidRDefault="00C1166E" w:rsidP="00E93FB7">
      <w:pPr>
        <w:spacing w:after="66"/>
        <w:ind w:left="454" w:hanging="312"/>
        <w:jc w:val="both"/>
        <w:rPr>
          <w:sz w:val="24"/>
          <w:szCs w:val="24"/>
        </w:rPr>
      </w:pPr>
      <w:r w:rsidRPr="00AB4C19">
        <w:rPr>
          <w:sz w:val="24"/>
          <w:szCs w:val="24"/>
        </w:rPr>
        <w:t>q</w:t>
      </w:r>
      <w:r w:rsidR="00E93FB7" w:rsidRPr="00AB4C19">
        <w:rPr>
          <w:sz w:val="24"/>
          <w:szCs w:val="24"/>
        </w:rPr>
        <w:t>) To undertake visual play area inspections where appropriately trained and authorised and to report defects or safety concerns without delay.</w:t>
      </w:r>
    </w:p>
    <w:p w14:paraId="79D4A114" w14:textId="078E92B9" w:rsidR="00616811" w:rsidRPr="00AB4C19" w:rsidRDefault="00C1166E" w:rsidP="00616811">
      <w:pPr>
        <w:spacing w:after="66"/>
        <w:ind w:left="454" w:hanging="312"/>
        <w:jc w:val="both"/>
        <w:rPr>
          <w:sz w:val="24"/>
          <w:szCs w:val="24"/>
        </w:rPr>
      </w:pPr>
      <w:r w:rsidRPr="00AB4C19">
        <w:rPr>
          <w:sz w:val="24"/>
          <w:szCs w:val="24"/>
        </w:rPr>
        <w:t>r</w:t>
      </w:r>
      <w:r w:rsidR="00616811" w:rsidRPr="00AB4C19">
        <w:rPr>
          <w:sz w:val="24"/>
          <w:szCs w:val="24"/>
        </w:rPr>
        <w:t xml:space="preserve">) To clean Town Council bus shelters, benches and street furniture and report damage, vandalism, </w:t>
      </w:r>
      <w:proofErr w:type="gramStart"/>
      <w:r w:rsidR="00616811" w:rsidRPr="00AB4C19">
        <w:rPr>
          <w:sz w:val="24"/>
          <w:szCs w:val="24"/>
        </w:rPr>
        <w:t>graffiti</w:t>
      </w:r>
      <w:proofErr w:type="gramEnd"/>
      <w:r w:rsidR="00616811" w:rsidRPr="00AB4C19">
        <w:rPr>
          <w:sz w:val="24"/>
          <w:szCs w:val="24"/>
        </w:rPr>
        <w:t xml:space="preserve"> or other defects.</w:t>
      </w:r>
    </w:p>
    <w:p w14:paraId="0EFE6D57" w14:textId="6CE4A27E" w:rsidR="001E79EC" w:rsidRPr="00AB4C19" w:rsidRDefault="001E79EC">
      <w:pPr>
        <w:spacing w:after="66"/>
        <w:ind w:left="454" w:hanging="312"/>
        <w:jc w:val="both"/>
        <w:rPr>
          <w:b/>
          <w:bCs/>
          <w:sz w:val="24"/>
          <w:szCs w:val="24"/>
          <w:u w:val="single"/>
        </w:rPr>
      </w:pPr>
      <w:r w:rsidRPr="00AB4C19">
        <w:rPr>
          <w:b/>
          <w:bCs/>
          <w:sz w:val="24"/>
          <w:szCs w:val="24"/>
          <w:u w:val="single"/>
        </w:rPr>
        <w:t>Leisure Assistant Duties</w:t>
      </w:r>
    </w:p>
    <w:p w14:paraId="2B4704D8" w14:textId="1A142CAB" w:rsidR="004F7107" w:rsidRPr="00AB4C19" w:rsidRDefault="00C1166E" w:rsidP="004F7107">
      <w:pPr>
        <w:spacing w:after="66"/>
        <w:ind w:left="454" w:hanging="312"/>
        <w:jc w:val="both"/>
        <w:rPr>
          <w:sz w:val="24"/>
          <w:szCs w:val="24"/>
        </w:rPr>
      </w:pPr>
      <w:r w:rsidRPr="00AB4C19">
        <w:rPr>
          <w:sz w:val="24"/>
          <w:szCs w:val="24"/>
        </w:rPr>
        <w:t>s</w:t>
      </w:r>
      <w:r w:rsidR="004F7107" w:rsidRPr="00AB4C19">
        <w:rPr>
          <w:sz w:val="24"/>
          <w:szCs w:val="24"/>
        </w:rPr>
        <w:t>) On occasions, to open or close Council premises and ensure buildings are left safe and secure, with fire exits and escape routes clear.</w:t>
      </w:r>
    </w:p>
    <w:p w14:paraId="47003BD5" w14:textId="5C2181D4" w:rsidR="003B19ED" w:rsidRPr="00AB4C19" w:rsidRDefault="00C1166E" w:rsidP="003B19ED">
      <w:pPr>
        <w:spacing w:after="66"/>
        <w:ind w:left="454" w:hanging="312"/>
        <w:jc w:val="both"/>
        <w:rPr>
          <w:sz w:val="24"/>
          <w:szCs w:val="24"/>
        </w:rPr>
      </w:pPr>
      <w:r w:rsidRPr="00AB4C19">
        <w:rPr>
          <w:sz w:val="24"/>
          <w:szCs w:val="24"/>
        </w:rPr>
        <w:t>t</w:t>
      </w:r>
      <w:r w:rsidR="003B19ED" w:rsidRPr="00AB4C19">
        <w:rPr>
          <w:sz w:val="24"/>
          <w:szCs w:val="24"/>
        </w:rPr>
        <w:t xml:space="preserve">) To assist contractors attending Council premises where required, including providing access, identifying work </w:t>
      </w:r>
      <w:proofErr w:type="gramStart"/>
      <w:r w:rsidR="003B19ED" w:rsidRPr="00AB4C19">
        <w:rPr>
          <w:sz w:val="24"/>
          <w:szCs w:val="24"/>
        </w:rPr>
        <w:t>areas</w:t>
      </w:r>
      <w:proofErr w:type="gramEnd"/>
      <w:r w:rsidR="003B19ED" w:rsidRPr="00AB4C19">
        <w:rPr>
          <w:sz w:val="24"/>
          <w:szCs w:val="24"/>
        </w:rPr>
        <w:t xml:space="preserve"> and reporting concerns regarding completed works.</w:t>
      </w:r>
    </w:p>
    <w:p w14:paraId="36F88EC0" w14:textId="1FDFCD2C" w:rsidR="00D250FE" w:rsidRPr="00AB4C19" w:rsidRDefault="004F7107">
      <w:pPr>
        <w:spacing w:after="66"/>
        <w:ind w:left="454" w:hanging="312"/>
        <w:jc w:val="both"/>
        <w:rPr>
          <w:sz w:val="24"/>
          <w:szCs w:val="24"/>
        </w:rPr>
      </w:pPr>
      <w:r w:rsidRPr="00AB4C19">
        <w:rPr>
          <w:sz w:val="24"/>
          <w:szCs w:val="24"/>
        </w:rPr>
        <w:t>u</w:t>
      </w:r>
      <w:r w:rsidR="001B3192" w:rsidRPr="00AB4C19">
        <w:rPr>
          <w:sz w:val="24"/>
          <w:szCs w:val="24"/>
        </w:rPr>
        <w:t xml:space="preserve">) To assist with setting up and clearing away Council events, including moving equipment, barriers, furniture, </w:t>
      </w:r>
      <w:proofErr w:type="gramStart"/>
      <w:r w:rsidR="001B3192" w:rsidRPr="00AB4C19">
        <w:rPr>
          <w:sz w:val="24"/>
          <w:szCs w:val="24"/>
        </w:rPr>
        <w:t>signage</w:t>
      </w:r>
      <w:proofErr w:type="gramEnd"/>
      <w:r w:rsidR="001B3192" w:rsidRPr="00AB4C19">
        <w:rPr>
          <w:sz w:val="24"/>
          <w:szCs w:val="24"/>
        </w:rPr>
        <w:t xml:space="preserve"> and other materials.</w:t>
      </w:r>
    </w:p>
    <w:p w14:paraId="449BCD8E" w14:textId="77777777" w:rsidR="00D250FE" w:rsidRPr="00AB4C19" w:rsidRDefault="001B3192">
      <w:pPr>
        <w:spacing w:after="66"/>
        <w:ind w:left="454" w:hanging="312"/>
        <w:jc w:val="both"/>
        <w:rPr>
          <w:sz w:val="24"/>
          <w:szCs w:val="24"/>
        </w:rPr>
      </w:pPr>
      <w:r w:rsidRPr="00AB4C19">
        <w:rPr>
          <w:sz w:val="24"/>
          <w:szCs w:val="24"/>
        </w:rPr>
        <w:t>v) To attend appropriate training and undertake any other reasonable duties consistent with the nature and level of responsibility of the post as directed by the Sites Supervisor or Facilities &amp; Operations Manager.</w:t>
      </w:r>
    </w:p>
    <w:p w14:paraId="282987EB" w14:textId="77777777" w:rsidR="00D250FE" w:rsidRPr="00AB4C19" w:rsidRDefault="00D250FE">
      <w:pPr>
        <w:pBdr>
          <w:bottom w:val="single" w:sz="5" w:space="0" w:color="808080"/>
        </w:pBdr>
        <w:spacing w:after="100" w:line="20" w:lineRule="exact"/>
        <w:rPr>
          <w:sz w:val="24"/>
          <w:szCs w:val="24"/>
        </w:rPr>
      </w:pPr>
    </w:p>
    <w:p w14:paraId="07E41A77" w14:textId="77777777" w:rsidR="00D250FE" w:rsidRPr="00AB4C19" w:rsidRDefault="001B3192" w:rsidP="00AB4C19">
      <w:pPr>
        <w:tabs>
          <w:tab w:val="left" w:pos="426"/>
        </w:tabs>
        <w:spacing w:before="60" w:after="100"/>
        <w:rPr>
          <w:sz w:val="24"/>
          <w:szCs w:val="24"/>
        </w:rPr>
      </w:pPr>
      <w:r w:rsidRPr="00AB4C19">
        <w:rPr>
          <w:b/>
          <w:sz w:val="24"/>
          <w:szCs w:val="24"/>
        </w:rPr>
        <w:t>3.</w:t>
      </w:r>
      <w:r w:rsidRPr="00AB4C19">
        <w:rPr>
          <w:b/>
          <w:sz w:val="24"/>
          <w:szCs w:val="24"/>
        </w:rPr>
        <w:tab/>
        <w:t>DIMENSIONS</w:t>
      </w:r>
    </w:p>
    <w:p w14:paraId="54D805A5" w14:textId="77777777" w:rsidR="00D250FE" w:rsidRPr="00AB4C19" w:rsidRDefault="001B3192">
      <w:pPr>
        <w:spacing w:after="100"/>
        <w:ind w:left="454"/>
        <w:jc w:val="both"/>
        <w:rPr>
          <w:sz w:val="24"/>
          <w:szCs w:val="24"/>
        </w:rPr>
      </w:pPr>
      <w:r w:rsidRPr="00AB4C19">
        <w:rPr>
          <w:sz w:val="24"/>
          <w:szCs w:val="24"/>
        </w:rPr>
        <w:t xml:space="preserve">Responsible for the appropriate use and care of Council vehicles, hand tools, power tools, </w:t>
      </w:r>
      <w:proofErr w:type="gramStart"/>
      <w:r w:rsidRPr="00AB4C19">
        <w:rPr>
          <w:sz w:val="24"/>
          <w:szCs w:val="24"/>
        </w:rPr>
        <w:t>cleaning</w:t>
      </w:r>
      <w:proofErr w:type="gramEnd"/>
      <w:r w:rsidRPr="00AB4C19">
        <w:rPr>
          <w:sz w:val="24"/>
          <w:szCs w:val="24"/>
        </w:rPr>
        <w:t xml:space="preserve"> and maintenance equipment.</w:t>
      </w:r>
    </w:p>
    <w:p w14:paraId="7E5D708A" w14:textId="77777777" w:rsidR="00D250FE" w:rsidRPr="00AB4C19" w:rsidRDefault="001B3192">
      <w:pPr>
        <w:spacing w:after="100"/>
        <w:ind w:left="454"/>
        <w:jc w:val="both"/>
        <w:rPr>
          <w:sz w:val="24"/>
          <w:szCs w:val="24"/>
        </w:rPr>
      </w:pPr>
      <w:r w:rsidRPr="00AB4C19">
        <w:rPr>
          <w:sz w:val="24"/>
          <w:szCs w:val="24"/>
        </w:rPr>
        <w:t xml:space="preserve">Responsible for undertaking planned and reactive maintenance tasks within the postholder's training, </w:t>
      </w:r>
      <w:proofErr w:type="gramStart"/>
      <w:r w:rsidRPr="00AB4C19">
        <w:rPr>
          <w:sz w:val="24"/>
          <w:szCs w:val="24"/>
        </w:rPr>
        <w:t>competence</w:t>
      </w:r>
      <w:proofErr w:type="gramEnd"/>
      <w:r w:rsidRPr="00AB4C19">
        <w:rPr>
          <w:sz w:val="24"/>
          <w:szCs w:val="24"/>
        </w:rPr>
        <w:t xml:space="preserve"> and authority.</w:t>
      </w:r>
    </w:p>
    <w:p w14:paraId="61B36A06" w14:textId="77777777" w:rsidR="00D250FE" w:rsidRPr="00AB4C19" w:rsidRDefault="001B3192">
      <w:pPr>
        <w:spacing w:after="100"/>
        <w:ind w:left="454"/>
        <w:jc w:val="both"/>
        <w:rPr>
          <w:sz w:val="24"/>
          <w:szCs w:val="24"/>
        </w:rPr>
      </w:pPr>
      <w:r w:rsidRPr="00AB4C19">
        <w:rPr>
          <w:sz w:val="24"/>
          <w:szCs w:val="24"/>
        </w:rPr>
        <w:t>Responsible for undertaking the Mobile Cleansing Operative duties whenever required to provide absence cover, and for the appropriate use of Council keys, cards and other property issued to the postholder.</w:t>
      </w:r>
    </w:p>
    <w:p w14:paraId="3AF746D1" w14:textId="77777777" w:rsidR="00D250FE" w:rsidRPr="00AB4C19" w:rsidRDefault="00D250FE">
      <w:pPr>
        <w:pBdr>
          <w:bottom w:val="single" w:sz="5" w:space="0" w:color="808080"/>
        </w:pBdr>
        <w:spacing w:after="100" w:line="20" w:lineRule="exact"/>
        <w:rPr>
          <w:sz w:val="24"/>
          <w:szCs w:val="24"/>
        </w:rPr>
      </w:pPr>
    </w:p>
    <w:p w14:paraId="3B648336" w14:textId="77777777" w:rsidR="00D250FE" w:rsidRPr="00AB4C19" w:rsidRDefault="001B3192" w:rsidP="00AB4C19">
      <w:pPr>
        <w:tabs>
          <w:tab w:val="left" w:pos="426"/>
        </w:tabs>
        <w:spacing w:before="60" w:after="100"/>
        <w:rPr>
          <w:sz w:val="24"/>
          <w:szCs w:val="24"/>
        </w:rPr>
      </w:pPr>
      <w:r w:rsidRPr="00AB4C19">
        <w:rPr>
          <w:b/>
          <w:sz w:val="24"/>
          <w:szCs w:val="24"/>
        </w:rPr>
        <w:t>4.</w:t>
      </w:r>
      <w:r w:rsidRPr="00AB4C19">
        <w:rPr>
          <w:b/>
          <w:sz w:val="24"/>
          <w:szCs w:val="24"/>
        </w:rPr>
        <w:tab/>
        <w:t>JOB CONTEXT</w:t>
      </w:r>
    </w:p>
    <w:p w14:paraId="1A0A8CCE" w14:textId="77777777" w:rsidR="00D250FE" w:rsidRPr="00AB4C19" w:rsidRDefault="001B3192">
      <w:pPr>
        <w:spacing w:after="100"/>
        <w:ind w:left="454"/>
        <w:jc w:val="both"/>
        <w:rPr>
          <w:sz w:val="24"/>
          <w:szCs w:val="24"/>
        </w:rPr>
      </w:pPr>
      <w:r w:rsidRPr="00AB4C19">
        <w:rPr>
          <w:sz w:val="24"/>
          <w:szCs w:val="24"/>
        </w:rPr>
        <w:t xml:space="preserve">The post forms part of the Council's operational facilities team and supports the maintenance, cleanliness, safety and effective operation of Town Council buildings, facilities, parks, play areas, open </w:t>
      </w:r>
      <w:proofErr w:type="gramStart"/>
      <w:r w:rsidRPr="00AB4C19">
        <w:rPr>
          <w:sz w:val="24"/>
          <w:szCs w:val="24"/>
        </w:rPr>
        <w:t>spaces</w:t>
      </w:r>
      <w:proofErr w:type="gramEnd"/>
      <w:r w:rsidRPr="00AB4C19">
        <w:rPr>
          <w:sz w:val="24"/>
          <w:szCs w:val="24"/>
        </w:rPr>
        <w:t xml:space="preserve"> and other assets throughout Bradley Stoke.</w:t>
      </w:r>
    </w:p>
    <w:p w14:paraId="21C87AAD" w14:textId="77777777" w:rsidR="00D250FE" w:rsidRPr="00AB4C19" w:rsidRDefault="001B3192">
      <w:pPr>
        <w:spacing w:after="100"/>
        <w:ind w:left="454"/>
        <w:jc w:val="both"/>
        <w:rPr>
          <w:sz w:val="24"/>
          <w:szCs w:val="24"/>
        </w:rPr>
      </w:pPr>
      <w:r w:rsidRPr="00AB4C19">
        <w:rPr>
          <w:sz w:val="24"/>
          <w:szCs w:val="24"/>
        </w:rPr>
        <w:t xml:space="preserve">The role involves regular travel between Council sites and a combination of planned maintenance, reactive </w:t>
      </w:r>
      <w:proofErr w:type="gramStart"/>
      <w:r w:rsidRPr="00AB4C19">
        <w:rPr>
          <w:sz w:val="24"/>
          <w:szCs w:val="24"/>
        </w:rPr>
        <w:t>maintenance</w:t>
      </w:r>
      <w:proofErr w:type="gramEnd"/>
      <w:r w:rsidRPr="00AB4C19">
        <w:rPr>
          <w:sz w:val="24"/>
          <w:szCs w:val="24"/>
        </w:rPr>
        <w:t xml:space="preserve"> and operational cover duties, including mandatory cover for the Mobile Cleansing Operative during periods of absence.</w:t>
      </w:r>
    </w:p>
    <w:p w14:paraId="23170F66" w14:textId="77777777" w:rsidR="00D250FE" w:rsidRPr="00AB4C19" w:rsidRDefault="00D250FE">
      <w:pPr>
        <w:pBdr>
          <w:bottom w:val="single" w:sz="5" w:space="0" w:color="808080"/>
        </w:pBdr>
        <w:spacing w:after="100" w:line="20" w:lineRule="exact"/>
        <w:rPr>
          <w:sz w:val="24"/>
          <w:szCs w:val="24"/>
        </w:rPr>
      </w:pPr>
    </w:p>
    <w:p w14:paraId="46B679A5" w14:textId="77777777" w:rsidR="00D250FE" w:rsidRPr="00AB4C19" w:rsidRDefault="001B3192" w:rsidP="00AB4C19">
      <w:pPr>
        <w:tabs>
          <w:tab w:val="left" w:pos="426"/>
        </w:tabs>
        <w:spacing w:before="60" w:after="100"/>
        <w:rPr>
          <w:sz w:val="24"/>
          <w:szCs w:val="24"/>
        </w:rPr>
      </w:pPr>
      <w:r w:rsidRPr="00AB4C19">
        <w:rPr>
          <w:b/>
          <w:sz w:val="24"/>
          <w:szCs w:val="24"/>
        </w:rPr>
        <w:t>5.</w:t>
      </w:r>
      <w:r w:rsidRPr="00AB4C19">
        <w:rPr>
          <w:b/>
          <w:sz w:val="24"/>
          <w:szCs w:val="24"/>
        </w:rPr>
        <w:tab/>
        <w:t>SUPERVISION AND WORK PLANNING</w:t>
      </w:r>
    </w:p>
    <w:p w14:paraId="6165949E" w14:textId="77777777" w:rsidR="00D250FE" w:rsidRPr="00AB4C19" w:rsidRDefault="001B3192">
      <w:pPr>
        <w:spacing w:after="100"/>
        <w:ind w:left="454"/>
        <w:jc w:val="both"/>
        <w:rPr>
          <w:sz w:val="24"/>
          <w:szCs w:val="24"/>
        </w:rPr>
      </w:pPr>
      <w:r w:rsidRPr="00AB4C19">
        <w:rPr>
          <w:sz w:val="24"/>
          <w:szCs w:val="24"/>
        </w:rPr>
        <w:t>The postholder reports to the Sites Supervisor and Facilities &amp; Operations Manager. Day-to-day work will normally be allocated by the Sites Supervisor, with overall management and direction provided by the Facilities &amp; Operations Manager.</w:t>
      </w:r>
    </w:p>
    <w:p w14:paraId="11035DE6" w14:textId="77777777" w:rsidR="00D250FE" w:rsidRPr="00AB4C19" w:rsidRDefault="001B3192">
      <w:pPr>
        <w:spacing w:after="100"/>
        <w:ind w:left="454"/>
        <w:jc w:val="both"/>
        <w:rPr>
          <w:sz w:val="24"/>
          <w:szCs w:val="24"/>
        </w:rPr>
      </w:pPr>
      <w:r w:rsidRPr="00AB4C19">
        <w:rPr>
          <w:sz w:val="24"/>
          <w:szCs w:val="24"/>
        </w:rPr>
        <w:t>The postholder will work independently for significant periods, including at remote or isolated locations, and must recognise when a task is outside their competence, training or authority and refer it appropriately.</w:t>
      </w:r>
    </w:p>
    <w:p w14:paraId="4935F4A1" w14:textId="77777777" w:rsidR="00D250FE" w:rsidRPr="00AB4C19" w:rsidRDefault="00D250FE">
      <w:pPr>
        <w:pBdr>
          <w:bottom w:val="single" w:sz="5" w:space="0" w:color="808080"/>
        </w:pBdr>
        <w:spacing w:after="100" w:line="20" w:lineRule="exact"/>
        <w:rPr>
          <w:sz w:val="24"/>
          <w:szCs w:val="24"/>
        </w:rPr>
      </w:pPr>
    </w:p>
    <w:p w14:paraId="35F6A78B" w14:textId="77777777" w:rsidR="00D250FE" w:rsidRPr="00AB4C19" w:rsidRDefault="001B3192" w:rsidP="00AB4C19">
      <w:pPr>
        <w:tabs>
          <w:tab w:val="left" w:pos="426"/>
        </w:tabs>
        <w:spacing w:before="60" w:after="100"/>
        <w:rPr>
          <w:sz w:val="24"/>
          <w:szCs w:val="24"/>
        </w:rPr>
      </w:pPr>
      <w:r w:rsidRPr="00AB4C19">
        <w:rPr>
          <w:b/>
          <w:sz w:val="24"/>
          <w:szCs w:val="24"/>
        </w:rPr>
        <w:t>6.</w:t>
      </w:r>
      <w:r w:rsidRPr="00AB4C19">
        <w:rPr>
          <w:b/>
          <w:sz w:val="24"/>
          <w:szCs w:val="24"/>
        </w:rPr>
        <w:tab/>
        <w:t>PROBLEMS AND DECISIONS</w:t>
      </w:r>
    </w:p>
    <w:p w14:paraId="52865E48" w14:textId="77777777" w:rsidR="00D250FE" w:rsidRPr="00AB4C19" w:rsidRDefault="001B3192">
      <w:pPr>
        <w:spacing w:after="100"/>
        <w:ind w:left="454"/>
        <w:jc w:val="both"/>
        <w:rPr>
          <w:sz w:val="24"/>
          <w:szCs w:val="24"/>
        </w:rPr>
      </w:pPr>
      <w:r w:rsidRPr="00AB4C19">
        <w:rPr>
          <w:sz w:val="24"/>
          <w:szCs w:val="24"/>
        </w:rPr>
        <w:t>The postholder is expected to make routine operational decisions about the practical completion and prioritisation of maintenance and cleansing tasks, including whether a minor defect can be safely addressed or requires escalation.</w:t>
      </w:r>
    </w:p>
    <w:p w14:paraId="07DBC162" w14:textId="77777777" w:rsidR="00D250FE" w:rsidRPr="00AB4C19" w:rsidRDefault="001B3192">
      <w:pPr>
        <w:spacing w:after="100"/>
        <w:ind w:left="454"/>
        <w:jc w:val="both"/>
        <w:rPr>
          <w:sz w:val="24"/>
          <w:szCs w:val="24"/>
        </w:rPr>
      </w:pPr>
      <w:r w:rsidRPr="00AB4C19">
        <w:rPr>
          <w:sz w:val="24"/>
          <w:szCs w:val="24"/>
        </w:rPr>
        <w:t xml:space="preserve">Any significant health and safety, safeguarding, </w:t>
      </w:r>
      <w:proofErr w:type="gramStart"/>
      <w:r w:rsidRPr="00AB4C19">
        <w:rPr>
          <w:sz w:val="24"/>
          <w:szCs w:val="24"/>
        </w:rPr>
        <w:t>security</w:t>
      </w:r>
      <w:proofErr w:type="gramEnd"/>
      <w:r w:rsidRPr="00AB4C19">
        <w:rPr>
          <w:sz w:val="24"/>
          <w:szCs w:val="24"/>
        </w:rPr>
        <w:t xml:space="preserve"> or operational risk must be reported promptly to the Sites Supervisor or Facilities &amp; Operations Manager.</w:t>
      </w:r>
    </w:p>
    <w:p w14:paraId="14967C2F" w14:textId="77777777" w:rsidR="00D250FE" w:rsidRPr="00AB4C19" w:rsidRDefault="00D250FE">
      <w:pPr>
        <w:pBdr>
          <w:bottom w:val="single" w:sz="5" w:space="0" w:color="808080"/>
        </w:pBdr>
        <w:spacing w:after="100" w:line="20" w:lineRule="exact"/>
        <w:rPr>
          <w:sz w:val="24"/>
          <w:szCs w:val="24"/>
        </w:rPr>
      </w:pPr>
    </w:p>
    <w:p w14:paraId="6C26D7A9" w14:textId="77777777" w:rsidR="00D250FE" w:rsidRPr="00AB4C19" w:rsidRDefault="001B3192" w:rsidP="00AB4C19">
      <w:pPr>
        <w:tabs>
          <w:tab w:val="left" w:pos="426"/>
        </w:tabs>
        <w:spacing w:before="60" w:after="100"/>
        <w:rPr>
          <w:sz w:val="24"/>
          <w:szCs w:val="24"/>
        </w:rPr>
      </w:pPr>
      <w:r w:rsidRPr="00AB4C19">
        <w:rPr>
          <w:b/>
          <w:sz w:val="24"/>
          <w:szCs w:val="24"/>
        </w:rPr>
        <w:t>7.</w:t>
      </w:r>
      <w:r w:rsidRPr="00AB4C19">
        <w:rPr>
          <w:b/>
          <w:sz w:val="24"/>
          <w:szCs w:val="24"/>
        </w:rPr>
        <w:tab/>
        <w:t>CONTACTS</w:t>
      </w:r>
    </w:p>
    <w:p w14:paraId="292C5E44" w14:textId="77777777" w:rsidR="00D250FE" w:rsidRPr="00AB4C19" w:rsidRDefault="001B3192">
      <w:pPr>
        <w:spacing w:after="100"/>
        <w:ind w:left="454"/>
        <w:jc w:val="both"/>
        <w:rPr>
          <w:sz w:val="24"/>
          <w:szCs w:val="24"/>
        </w:rPr>
      </w:pPr>
      <w:r w:rsidRPr="00AB4C19">
        <w:rPr>
          <w:sz w:val="24"/>
          <w:szCs w:val="24"/>
        </w:rPr>
        <w:t>The General Public, Town Council staff, hirers and users of Council facilities, maintenance contractors, suppliers and other external organisations as required.</w:t>
      </w:r>
    </w:p>
    <w:p w14:paraId="26291186" w14:textId="77777777" w:rsidR="00D250FE" w:rsidRPr="00AB4C19" w:rsidRDefault="00D250FE">
      <w:pPr>
        <w:pBdr>
          <w:bottom w:val="single" w:sz="5" w:space="0" w:color="808080"/>
        </w:pBdr>
        <w:spacing w:after="100" w:line="20" w:lineRule="exact"/>
        <w:rPr>
          <w:sz w:val="24"/>
          <w:szCs w:val="24"/>
        </w:rPr>
      </w:pPr>
    </w:p>
    <w:p w14:paraId="10920BB6" w14:textId="77777777" w:rsidR="00D250FE" w:rsidRPr="00AB4C19" w:rsidRDefault="001B3192" w:rsidP="00AB4C19">
      <w:pPr>
        <w:tabs>
          <w:tab w:val="left" w:pos="426"/>
        </w:tabs>
        <w:spacing w:before="60" w:after="100"/>
        <w:rPr>
          <w:sz w:val="24"/>
          <w:szCs w:val="24"/>
        </w:rPr>
      </w:pPr>
      <w:r w:rsidRPr="00AB4C19">
        <w:rPr>
          <w:b/>
          <w:sz w:val="24"/>
          <w:szCs w:val="24"/>
        </w:rPr>
        <w:t>8.</w:t>
      </w:r>
      <w:r w:rsidRPr="00AB4C19">
        <w:rPr>
          <w:b/>
          <w:sz w:val="24"/>
          <w:szCs w:val="24"/>
        </w:rPr>
        <w:tab/>
        <w:t>KNOWLEDGE, EXPERIENCE AND TRAINING</w:t>
      </w:r>
    </w:p>
    <w:p w14:paraId="4DD80A47" w14:textId="77777777" w:rsidR="00D250FE" w:rsidRPr="00AB4C19" w:rsidRDefault="001B3192">
      <w:pPr>
        <w:spacing w:after="100"/>
        <w:ind w:left="454"/>
        <w:jc w:val="both"/>
        <w:rPr>
          <w:sz w:val="24"/>
          <w:szCs w:val="24"/>
        </w:rPr>
      </w:pPr>
      <w:r w:rsidRPr="00AB4C19">
        <w:rPr>
          <w:sz w:val="24"/>
          <w:szCs w:val="24"/>
        </w:rPr>
        <w:t>Practical maintenance ability, sound judgement and the ability to undertake a range of routine repairs safely are required, together with the ability to use common hand and power tools and complete basic written or electronic records.</w:t>
      </w:r>
    </w:p>
    <w:p w14:paraId="740F125E" w14:textId="77777777" w:rsidR="00D250FE" w:rsidRPr="00AB4C19" w:rsidRDefault="001B3192">
      <w:pPr>
        <w:spacing w:after="100"/>
        <w:ind w:left="454"/>
        <w:jc w:val="both"/>
        <w:rPr>
          <w:sz w:val="24"/>
          <w:szCs w:val="24"/>
        </w:rPr>
      </w:pPr>
      <w:r w:rsidRPr="00AB4C19">
        <w:rPr>
          <w:sz w:val="24"/>
          <w:szCs w:val="24"/>
        </w:rPr>
        <w:t>The postholder must be willing to undertake relevant training and maintain the competencies required for the role.</w:t>
      </w:r>
    </w:p>
    <w:p w14:paraId="0140926B" w14:textId="77777777" w:rsidR="00D250FE" w:rsidRPr="00AB4C19" w:rsidRDefault="00D250FE">
      <w:pPr>
        <w:pBdr>
          <w:bottom w:val="single" w:sz="5" w:space="0" w:color="808080"/>
        </w:pBdr>
        <w:spacing w:after="100" w:line="20" w:lineRule="exact"/>
        <w:rPr>
          <w:sz w:val="24"/>
          <w:szCs w:val="24"/>
        </w:rPr>
      </w:pPr>
    </w:p>
    <w:p w14:paraId="253DC680" w14:textId="77777777" w:rsidR="00D250FE" w:rsidRPr="00AB4C19" w:rsidRDefault="001B3192" w:rsidP="00AB4C19">
      <w:pPr>
        <w:tabs>
          <w:tab w:val="left" w:pos="426"/>
        </w:tabs>
        <w:spacing w:before="60" w:after="100"/>
        <w:rPr>
          <w:sz w:val="24"/>
          <w:szCs w:val="24"/>
        </w:rPr>
      </w:pPr>
      <w:r w:rsidRPr="00AB4C19">
        <w:rPr>
          <w:b/>
          <w:sz w:val="24"/>
          <w:szCs w:val="24"/>
        </w:rPr>
        <w:t>9.</w:t>
      </w:r>
      <w:r w:rsidRPr="00AB4C19">
        <w:rPr>
          <w:b/>
          <w:sz w:val="24"/>
          <w:szCs w:val="24"/>
        </w:rPr>
        <w:tab/>
        <w:t>PHYSICAL EFFORT AND/OR STRAIN</w:t>
      </w:r>
    </w:p>
    <w:p w14:paraId="4DF4D5BF" w14:textId="77777777" w:rsidR="00D250FE" w:rsidRPr="00AB4C19" w:rsidRDefault="001B3192">
      <w:pPr>
        <w:spacing w:after="100"/>
        <w:ind w:left="454"/>
        <w:jc w:val="both"/>
        <w:rPr>
          <w:sz w:val="24"/>
          <w:szCs w:val="24"/>
        </w:rPr>
      </w:pPr>
      <w:r w:rsidRPr="00AB4C19">
        <w:rPr>
          <w:sz w:val="24"/>
          <w:szCs w:val="24"/>
        </w:rPr>
        <w:t xml:space="preserve">The role involves regular physical activity including walking, standing, bending, lifting, carrying, </w:t>
      </w:r>
      <w:proofErr w:type="gramStart"/>
      <w:r w:rsidRPr="00AB4C19">
        <w:rPr>
          <w:sz w:val="24"/>
          <w:szCs w:val="24"/>
        </w:rPr>
        <w:t>pushing</w:t>
      </w:r>
      <w:proofErr w:type="gramEnd"/>
      <w:r w:rsidRPr="00AB4C19">
        <w:rPr>
          <w:sz w:val="24"/>
          <w:szCs w:val="24"/>
        </w:rPr>
        <w:t xml:space="preserve"> and pulling, together with the movement of tools, equipment, waste, furniture and other materials.</w:t>
      </w:r>
    </w:p>
    <w:p w14:paraId="44B8DD09" w14:textId="77777777" w:rsidR="00D250FE" w:rsidRPr="00AB4C19" w:rsidRDefault="00D250FE">
      <w:pPr>
        <w:pBdr>
          <w:bottom w:val="single" w:sz="5" w:space="0" w:color="808080"/>
        </w:pBdr>
        <w:spacing w:after="100" w:line="20" w:lineRule="exact"/>
        <w:rPr>
          <w:sz w:val="24"/>
          <w:szCs w:val="24"/>
        </w:rPr>
      </w:pPr>
    </w:p>
    <w:p w14:paraId="5EACA93F" w14:textId="54D9AB6F" w:rsidR="00D250FE" w:rsidRPr="00AB4C19" w:rsidRDefault="001B3192" w:rsidP="00AB4C19">
      <w:pPr>
        <w:tabs>
          <w:tab w:val="left" w:pos="426"/>
        </w:tabs>
        <w:spacing w:before="60" w:after="100"/>
        <w:rPr>
          <w:sz w:val="24"/>
          <w:szCs w:val="24"/>
        </w:rPr>
      </w:pPr>
      <w:r w:rsidRPr="00AB4C19">
        <w:rPr>
          <w:b/>
          <w:sz w:val="24"/>
          <w:szCs w:val="24"/>
        </w:rPr>
        <w:t>10.</w:t>
      </w:r>
      <w:r w:rsidRPr="00AB4C19">
        <w:rPr>
          <w:b/>
          <w:sz w:val="24"/>
          <w:szCs w:val="24"/>
        </w:rPr>
        <w:tab/>
        <w:t>WORKING ENVIRONMENT</w:t>
      </w:r>
    </w:p>
    <w:p w14:paraId="20E5C349" w14:textId="77777777" w:rsidR="00D250FE" w:rsidRPr="00AB4C19" w:rsidRDefault="001B3192">
      <w:pPr>
        <w:spacing w:after="100"/>
        <w:ind w:left="454"/>
        <w:jc w:val="both"/>
        <w:rPr>
          <w:sz w:val="24"/>
          <w:szCs w:val="24"/>
        </w:rPr>
      </w:pPr>
      <w:r w:rsidRPr="00AB4C19">
        <w:rPr>
          <w:sz w:val="24"/>
          <w:szCs w:val="24"/>
        </w:rPr>
        <w:t>Working both indoors and outdoors throughout the year, including in inclement weather and at remote or isolated locations. The role involves lone working and may involve contact with unpleasant or potentially hazardous waste.</w:t>
      </w:r>
    </w:p>
    <w:p w14:paraId="2981997E" w14:textId="77777777" w:rsidR="00D250FE" w:rsidRPr="00AB4C19" w:rsidRDefault="001B3192">
      <w:pPr>
        <w:spacing w:after="100"/>
        <w:ind w:left="454"/>
        <w:jc w:val="both"/>
        <w:rPr>
          <w:sz w:val="24"/>
          <w:szCs w:val="24"/>
        </w:rPr>
      </w:pPr>
      <w:r w:rsidRPr="00AB4C19">
        <w:rPr>
          <w:sz w:val="24"/>
          <w:szCs w:val="24"/>
        </w:rPr>
        <w:t>Maintenance duties may involve noise, dust, dirt, use of power tools and other normal maintenance-related working conditions. Appropriate procedures and personal protective equipment must be used.</w:t>
      </w:r>
    </w:p>
    <w:p w14:paraId="6BEA45AC" w14:textId="77777777" w:rsidR="00D250FE" w:rsidRPr="00AB4C19" w:rsidRDefault="00D250FE">
      <w:pPr>
        <w:pBdr>
          <w:bottom w:val="single" w:sz="5" w:space="0" w:color="808080"/>
        </w:pBdr>
        <w:spacing w:after="100" w:line="20" w:lineRule="exact"/>
        <w:rPr>
          <w:sz w:val="24"/>
          <w:szCs w:val="24"/>
        </w:rPr>
      </w:pPr>
    </w:p>
    <w:p w14:paraId="157FBB97" w14:textId="77777777" w:rsidR="00D250FE" w:rsidRPr="00AB4C19" w:rsidRDefault="001B3192" w:rsidP="00AB4C19">
      <w:pPr>
        <w:tabs>
          <w:tab w:val="left" w:pos="426"/>
        </w:tabs>
        <w:spacing w:before="60" w:after="100"/>
        <w:rPr>
          <w:sz w:val="24"/>
          <w:szCs w:val="24"/>
        </w:rPr>
      </w:pPr>
      <w:r w:rsidRPr="00AB4C19">
        <w:rPr>
          <w:b/>
          <w:sz w:val="24"/>
          <w:szCs w:val="24"/>
        </w:rPr>
        <w:t>11.</w:t>
      </w:r>
      <w:r w:rsidRPr="00AB4C19">
        <w:rPr>
          <w:b/>
          <w:sz w:val="24"/>
          <w:szCs w:val="24"/>
        </w:rPr>
        <w:tab/>
        <w:t>EQUIPMENT</w:t>
      </w:r>
    </w:p>
    <w:p w14:paraId="604C5D1B" w14:textId="77777777" w:rsidR="00D250FE" w:rsidRPr="00AB4C19" w:rsidRDefault="001B3192">
      <w:pPr>
        <w:spacing w:after="100"/>
        <w:ind w:left="454"/>
        <w:jc w:val="both"/>
        <w:rPr>
          <w:sz w:val="24"/>
          <w:szCs w:val="24"/>
        </w:rPr>
      </w:pPr>
      <w:r w:rsidRPr="00AB4C19">
        <w:rPr>
          <w:sz w:val="24"/>
          <w:szCs w:val="24"/>
        </w:rPr>
        <w:t xml:space="preserve">Council vehicles, hand tools, portable power tools, </w:t>
      </w:r>
      <w:proofErr w:type="gramStart"/>
      <w:r w:rsidRPr="00AB4C19">
        <w:rPr>
          <w:sz w:val="24"/>
          <w:szCs w:val="24"/>
        </w:rPr>
        <w:t>ladders</w:t>
      </w:r>
      <w:proofErr w:type="gramEnd"/>
      <w:r w:rsidRPr="00AB4C19">
        <w:rPr>
          <w:sz w:val="24"/>
          <w:szCs w:val="24"/>
        </w:rPr>
        <w:t xml:space="preserve"> and access equipment where trained and authorised, litter pickers, shovels, brushes, pressure washers, roadside signs, barriers, traffic cones, personal protective equipment and mobile/electronic reporting equipment.</w:t>
      </w:r>
    </w:p>
    <w:p w14:paraId="6C9CB90F" w14:textId="77777777" w:rsidR="00D250FE" w:rsidRPr="00AB4C19" w:rsidRDefault="00D250FE">
      <w:pPr>
        <w:pBdr>
          <w:bottom w:val="single" w:sz="5" w:space="0" w:color="808080"/>
        </w:pBdr>
        <w:spacing w:after="100" w:line="20" w:lineRule="exact"/>
        <w:rPr>
          <w:sz w:val="24"/>
          <w:szCs w:val="24"/>
        </w:rPr>
      </w:pPr>
    </w:p>
    <w:p w14:paraId="53747600" w14:textId="77777777" w:rsidR="00D250FE" w:rsidRPr="00AB4C19" w:rsidRDefault="001B3192" w:rsidP="00AB4C19">
      <w:pPr>
        <w:tabs>
          <w:tab w:val="left" w:pos="426"/>
        </w:tabs>
        <w:spacing w:before="60" w:after="100"/>
        <w:rPr>
          <w:sz w:val="24"/>
          <w:szCs w:val="24"/>
        </w:rPr>
      </w:pPr>
      <w:r w:rsidRPr="00AB4C19">
        <w:rPr>
          <w:b/>
          <w:sz w:val="24"/>
          <w:szCs w:val="24"/>
        </w:rPr>
        <w:t>12.</w:t>
      </w:r>
      <w:r w:rsidRPr="00AB4C19">
        <w:rPr>
          <w:b/>
          <w:sz w:val="24"/>
          <w:szCs w:val="24"/>
        </w:rPr>
        <w:tab/>
        <w:t>GENERAL</w:t>
      </w:r>
    </w:p>
    <w:p w14:paraId="35DFBA16" w14:textId="77777777" w:rsidR="00D250FE" w:rsidRPr="00AB4C19" w:rsidRDefault="001B3192">
      <w:pPr>
        <w:spacing w:after="100"/>
        <w:ind w:left="454"/>
        <w:jc w:val="both"/>
        <w:rPr>
          <w:sz w:val="24"/>
          <w:szCs w:val="24"/>
        </w:rPr>
      </w:pPr>
      <w:r w:rsidRPr="00AB4C19">
        <w:rPr>
          <w:sz w:val="24"/>
          <w:szCs w:val="24"/>
        </w:rPr>
        <w:t>This job description only contains the principal accountabilities relating to this post and does not describe in detail all the tasks required to carry them out.</w:t>
      </w:r>
    </w:p>
    <w:p w14:paraId="62F2C0E5" w14:textId="77777777" w:rsidR="00D250FE" w:rsidRPr="00AB4C19" w:rsidRDefault="001B3192">
      <w:pPr>
        <w:spacing w:after="100"/>
        <w:ind w:left="454"/>
        <w:jc w:val="both"/>
        <w:rPr>
          <w:sz w:val="24"/>
          <w:szCs w:val="24"/>
        </w:rPr>
      </w:pPr>
      <w:r w:rsidRPr="00AB4C19">
        <w:rPr>
          <w:sz w:val="24"/>
          <w:szCs w:val="24"/>
        </w:rPr>
        <w:t>Duties may vary from time to time without changing the character of the post or the level of responsibility. The postholder will only be expected to undertake maintenance activities for which they are appropriately trained, competent and authorised.</w:t>
      </w:r>
    </w:p>
    <w:p w14:paraId="15DF0868" w14:textId="77777777" w:rsidR="00D250FE" w:rsidRPr="00AB4C19" w:rsidRDefault="00D250FE">
      <w:pPr>
        <w:pBdr>
          <w:bottom w:val="single" w:sz="5" w:space="0" w:color="808080"/>
        </w:pBdr>
        <w:spacing w:after="100" w:line="20" w:lineRule="exact"/>
        <w:rPr>
          <w:sz w:val="24"/>
          <w:szCs w:val="24"/>
        </w:rPr>
      </w:pPr>
    </w:p>
    <w:p w14:paraId="285230E2" w14:textId="77777777" w:rsidR="00D250FE" w:rsidRPr="00AB4C19" w:rsidRDefault="001B3192" w:rsidP="00AB4C19">
      <w:pPr>
        <w:tabs>
          <w:tab w:val="left" w:pos="426"/>
        </w:tabs>
        <w:spacing w:before="60" w:after="100"/>
        <w:rPr>
          <w:sz w:val="24"/>
          <w:szCs w:val="24"/>
        </w:rPr>
      </w:pPr>
      <w:r w:rsidRPr="00AB4C19">
        <w:rPr>
          <w:b/>
          <w:sz w:val="24"/>
          <w:szCs w:val="24"/>
        </w:rPr>
        <w:t>13.</w:t>
      </w:r>
      <w:r w:rsidRPr="00AB4C19">
        <w:rPr>
          <w:b/>
          <w:sz w:val="24"/>
          <w:szCs w:val="24"/>
        </w:rPr>
        <w:tab/>
        <w:t>SPECIAL NOTES OR CONDITIONS</w:t>
      </w:r>
    </w:p>
    <w:p w14:paraId="742A234B" w14:textId="4B3DD08A" w:rsidR="00D250FE" w:rsidRPr="00AB4C19" w:rsidRDefault="001B3192">
      <w:pPr>
        <w:spacing w:after="100"/>
        <w:ind w:left="454"/>
        <w:jc w:val="both"/>
        <w:rPr>
          <w:sz w:val="24"/>
          <w:szCs w:val="24"/>
        </w:rPr>
      </w:pPr>
      <w:r w:rsidRPr="00AB4C19">
        <w:rPr>
          <w:sz w:val="24"/>
          <w:szCs w:val="24"/>
        </w:rPr>
        <w:t>The post is for 22.5 hours per week, including Mondays and Thursdays, and requires work across all Bradley Stoke Town Council sites and assets. Providing cover for the Mobile Cleansing Operative when they are absent from work is a core requirement of the post; where cover is required on a Monday or Thursday, the postholder must undertake the Mobile Cleansing Operative's scheduled duties for that day.</w:t>
      </w:r>
    </w:p>
    <w:p w14:paraId="0F98E23E" w14:textId="77777777" w:rsidR="00D250FE" w:rsidRPr="00AB4C19" w:rsidRDefault="001B3192">
      <w:pPr>
        <w:spacing w:after="100"/>
        <w:ind w:left="454"/>
        <w:jc w:val="both"/>
        <w:rPr>
          <w:sz w:val="24"/>
          <w:szCs w:val="24"/>
        </w:rPr>
      </w:pPr>
      <w:r w:rsidRPr="00AB4C19">
        <w:rPr>
          <w:sz w:val="24"/>
          <w:szCs w:val="24"/>
        </w:rPr>
        <w:t>The postholder may occasionally be required to work evenings or weekends, particularly to support Council events or operational requirements. Regular lone working and occasional work at remote or isolated locations will be required.</w:t>
      </w:r>
    </w:p>
    <w:p w14:paraId="772C30DF" w14:textId="77777777" w:rsidR="00D250FE" w:rsidRPr="00AB4C19" w:rsidRDefault="001B3192">
      <w:pPr>
        <w:spacing w:after="100"/>
        <w:ind w:left="454"/>
        <w:jc w:val="both"/>
        <w:rPr>
          <w:sz w:val="24"/>
          <w:szCs w:val="24"/>
        </w:rPr>
      </w:pPr>
      <w:r w:rsidRPr="00AB4C19">
        <w:rPr>
          <w:sz w:val="24"/>
          <w:szCs w:val="24"/>
        </w:rPr>
        <w:t>A full UK driving licence is required due to the mobile nature of the role.</w:t>
      </w:r>
    </w:p>
    <w:p w14:paraId="755BDEBC" w14:textId="77777777" w:rsidR="00D250FE" w:rsidRPr="00AB4C19" w:rsidRDefault="00D250FE">
      <w:pPr>
        <w:pBdr>
          <w:bottom w:val="single" w:sz="5" w:space="0" w:color="808080"/>
        </w:pBdr>
        <w:spacing w:after="160" w:line="20" w:lineRule="exact"/>
        <w:rPr>
          <w:sz w:val="24"/>
          <w:szCs w:val="24"/>
        </w:rPr>
      </w:pPr>
    </w:p>
    <w:p w14:paraId="607CB8B9" w14:textId="77777777" w:rsidR="00D250FE" w:rsidRPr="00AB4C19" w:rsidRDefault="001B3192">
      <w:pPr>
        <w:spacing w:before="60"/>
        <w:rPr>
          <w:sz w:val="24"/>
          <w:szCs w:val="24"/>
        </w:rPr>
      </w:pPr>
      <w:r w:rsidRPr="00AB4C19">
        <w:rPr>
          <w:sz w:val="24"/>
          <w:szCs w:val="24"/>
        </w:rPr>
        <w:t>Date Prepared:</w:t>
      </w:r>
      <w:r w:rsidRPr="00AB4C19">
        <w:rPr>
          <w:sz w:val="24"/>
          <w:szCs w:val="24"/>
        </w:rPr>
        <w:tab/>
        <w:t>September 2026</w:t>
      </w:r>
    </w:p>
    <w:p w14:paraId="1E22E8DC" w14:textId="77777777" w:rsidR="00D250FE" w:rsidRPr="00AB4C19" w:rsidRDefault="001B3192">
      <w:pPr>
        <w:spacing w:after="140"/>
        <w:rPr>
          <w:sz w:val="24"/>
          <w:szCs w:val="24"/>
        </w:rPr>
      </w:pPr>
      <w:r w:rsidRPr="00AB4C19">
        <w:rPr>
          <w:b/>
          <w:sz w:val="24"/>
          <w:szCs w:val="24"/>
        </w:rPr>
        <w:t>BRADLEY STOKE TOWN COUNCIL</w:t>
      </w:r>
    </w:p>
    <w:p w14:paraId="3C4BFC3D" w14:textId="77777777" w:rsidR="00D250FE" w:rsidRPr="00AB4C19" w:rsidRDefault="001B3192">
      <w:pPr>
        <w:spacing w:after="180"/>
        <w:rPr>
          <w:sz w:val="24"/>
          <w:szCs w:val="24"/>
        </w:rPr>
      </w:pPr>
      <w:r w:rsidRPr="00AB4C19">
        <w:rPr>
          <w:b/>
          <w:sz w:val="24"/>
          <w:szCs w:val="24"/>
        </w:rPr>
        <w:t>EMPLOYEE SPECIFICATION</w:t>
      </w:r>
    </w:p>
    <w:p w14:paraId="4A189277" w14:textId="77777777" w:rsidR="00D250FE" w:rsidRPr="00AB4C19" w:rsidRDefault="001B3192">
      <w:pPr>
        <w:spacing w:after="140"/>
        <w:rPr>
          <w:sz w:val="24"/>
          <w:szCs w:val="24"/>
        </w:rPr>
      </w:pPr>
      <w:r w:rsidRPr="00AB4C19">
        <w:rPr>
          <w:b/>
          <w:sz w:val="24"/>
          <w:szCs w:val="24"/>
        </w:rPr>
        <w:t>JOB TITLE: MAINTENANCE TECHNICIAN</w:t>
      </w:r>
    </w:p>
    <w:tbl>
      <w:tblPr>
        <w:tblW w:w="10337" w:type="dxa"/>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Look w:val="04A0" w:firstRow="1" w:lastRow="0" w:firstColumn="1" w:lastColumn="0" w:noHBand="0" w:noVBand="1"/>
      </w:tblPr>
      <w:tblGrid>
        <w:gridCol w:w="2399"/>
        <w:gridCol w:w="4536"/>
        <w:gridCol w:w="3402"/>
      </w:tblGrid>
      <w:tr w:rsidR="00D250FE" w:rsidRPr="00AB4C19" w14:paraId="2AE20965" w14:textId="77777777" w:rsidTr="00AB4C19">
        <w:trPr>
          <w:tblHeader/>
        </w:trPr>
        <w:tc>
          <w:tcPr>
            <w:tcW w:w="2399" w:type="dxa"/>
            <w:tcMar>
              <w:top w:w="65" w:type="dxa"/>
              <w:left w:w="70" w:type="dxa"/>
              <w:bottom w:w="65" w:type="dxa"/>
              <w:right w:w="70" w:type="dxa"/>
            </w:tcMar>
            <w:vAlign w:val="center"/>
          </w:tcPr>
          <w:p w14:paraId="2BB7C50F" w14:textId="77777777" w:rsidR="00D250FE" w:rsidRPr="00AB4C19" w:rsidRDefault="001B3192">
            <w:pPr>
              <w:jc w:val="center"/>
              <w:rPr>
                <w:sz w:val="22"/>
              </w:rPr>
            </w:pPr>
            <w:r w:rsidRPr="00AB4C19">
              <w:rPr>
                <w:b/>
                <w:sz w:val="22"/>
              </w:rPr>
              <w:t>ASSESSMENT CRITERIA</w:t>
            </w:r>
          </w:p>
        </w:tc>
        <w:tc>
          <w:tcPr>
            <w:tcW w:w="4536" w:type="dxa"/>
            <w:tcMar>
              <w:top w:w="65" w:type="dxa"/>
              <w:left w:w="70" w:type="dxa"/>
              <w:bottom w:w="65" w:type="dxa"/>
              <w:right w:w="70" w:type="dxa"/>
            </w:tcMar>
            <w:vAlign w:val="center"/>
          </w:tcPr>
          <w:p w14:paraId="440FA485" w14:textId="77777777" w:rsidR="00D250FE" w:rsidRPr="00AB4C19" w:rsidRDefault="001B3192">
            <w:pPr>
              <w:jc w:val="center"/>
              <w:rPr>
                <w:sz w:val="22"/>
              </w:rPr>
            </w:pPr>
            <w:r w:rsidRPr="00AB4C19">
              <w:rPr>
                <w:b/>
                <w:sz w:val="22"/>
              </w:rPr>
              <w:t>ESSENTIAL</w:t>
            </w:r>
          </w:p>
        </w:tc>
        <w:tc>
          <w:tcPr>
            <w:tcW w:w="3402" w:type="dxa"/>
            <w:tcMar>
              <w:top w:w="65" w:type="dxa"/>
              <w:left w:w="70" w:type="dxa"/>
              <w:bottom w:w="65" w:type="dxa"/>
              <w:right w:w="70" w:type="dxa"/>
            </w:tcMar>
            <w:vAlign w:val="center"/>
          </w:tcPr>
          <w:p w14:paraId="27275484" w14:textId="77777777" w:rsidR="00D250FE" w:rsidRPr="00AB4C19" w:rsidRDefault="001B3192">
            <w:pPr>
              <w:jc w:val="center"/>
              <w:rPr>
                <w:sz w:val="22"/>
              </w:rPr>
            </w:pPr>
            <w:r w:rsidRPr="00AB4C19">
              <w:rPr>
                <w:b/>
                <w:sz w:val="22"/>
              </w:rPr>
              <w:t>DESIRABLE</w:t>
            </w:r>
          </w:p>
        </w:tc>
      </w:tr>
      <w:tr w:rsidR="00D250FE" w:rsidRPr="00AB4C19" w14:paraId="76EAFD93" w14:textId="77777777" w:rsidTr="00AB4C19">
        <w:tc>
          <w:tcPr>
            <w:tcW w:w="2399" w:type="dxa"/>
            <w:tcMar>
              <w:top w:w="50" w:type="dxa"/>
              <w:left w:w="70" w:type="dxa"/>
              <w:bottom w:w="50" w:type="dxa"/>
              <w:right w:w="70" w:type="dxa"/>
            </w:tcMar>
          </w:tcPr>
          <w:p w14:paraId="3C8F3F6F" w14:textId="77777777" w:rsidR="00D250FE" w:rsidRPr="00AB4C19" w:rsidRDefault="001B3192">
            <w:pPr>
              <w:rPr>
                <w:sz w:val="22"/>
              </w:rPr>
            </w:pPr>
            <w:r w:rsidRPr="00AB4C19">
              <w:rPr>
                <w:sz w:val="22"/>
              </w:rPr>
              <w:t>Qualifications</w:t>
            </w:r>
          </w:p>
        </w:tc>
        <w:tc>
          <w:tcPr>
            <w:tcW w:w="4536" w:type="dxa"/>
            <w:tcMar>
              <w:top w:w="50" w:type="dxa"/>
              <w:left w:w="70" w:type="dxa"/>
              <w:bottom w:w="50" w:type="dxa"/>
              <w:right w:w="70" w:type="dxa"/>
            </w:tcMar>
          </w:tcPr>
          <w:p w14:paraId="44070713" w14:textId="77777777" w:rsidR="00D250FE" w:rsidRPr="00AB4C19" w:rsidRDefault="001B3192">
            <w:pPr>
              <w:rPr>
                <w:sz w:val="22"/>
              </w:rPr>
            </w:pPr>
            <w:r w:rsidRPr="00AB4C19">
              <w:rPr>
                <w:sz w:val="22"/>
              </w:rPr>
              <w:t>Full UK driving licence appropriate for driving Council vehicles.</w:t>
            </w:r>
          </w:p>
          <w:p w14:paraId="5E8153B3" w14:textId="5CA72D2E" w:rsidR="00B210AC" w:rsidRPr="00AB4C19" w:rsidRDefault="00B210AC">
            <w:pPr>
              <w:rPr>
                <w:sz w:val="22"/>
              </w:rPr>
            </w:pPr>
            <w:r w:rsidRPr="00AB4C19">
              <w:rPr>
                <w:sz w:val="22"/>
              </w:rPr>
              <w:t>Relevant maintenance, facilities, building or trade qualification.</w:t>
            </w:r>
          </w:p>
        </w:tc>
        <w:tc>
          <w:tcPr>
            <w:tcW w:w="3402" w:type="dxa"/>
            <w:tcMar>
              <w:top w:w="50" w:type="dxa"/>
              <w:left w:w="70" w:type="dxa"/>
              <w:bottom w:w="50" w:type="dxa"/>
              <w:right w:w="70" w:type="dxa"/>
            </w:tcMar>
          </w:tcPr>
          <w:p w14:paraId="2274D3B8" w14:textId="63064D9F" w:rsidR="00D250FE" w:rsidRPr="00AB4C19" w:rsidRDefault="001B3192">
            <w:pPr>
              <w:rPr>
                <w:sz w:val="22"/>
              </w:rPr>
            </w:pPr>
            <w:r w:rsidRPr="00AB4C19">
              <w:rPr>
                <w:sz w:val="22"/>
              </w:rPr>
              <w:t>RPII Visual Playground Inspection qualification. Relevant First Aid or health and safety training.</w:t>
            </w:r>
          </w:p>
        </w:tc>
      </w:tr>
      <w:tr w:rsidR="00D250FE" w:rsidRPr="00AB4C19" w14:paraId="4B79059B" w14:textId="77777777" w:rsidTr="00AB4C19">
        <w:tc>
          <w:tcPr>
            <w:tcW w:w="2399" w:type="dxa"/>
            <w:tcMar>
              <w:top w:w="50" w:type="dxa"/>
              <w:left w:w="70" w:type="dxa"/>
              <w:bottom w:w="50" w:type="dxa"/>
              <w:right w:w="70" w:type="dxa"/>
            </w:tcMar>
          </w:tcPr>
          <w:p w14:paraId="300EF866" w14:textId="77777777" w:rsidR="00D250FE" w:rsidRPr="00AB4C19" w:rsidRDefault="001B3192">
            <w:pPr>
              <w:rPr>
                <w:sz w:val="22"/>
              </w:rPr>
            </w:pPr>
            <w:r w:rsidRPr="00AB4C19">
              <w:rPr>
                <w:sz w:val="22"/>
              </w:rPr>
              <w:t>Work Related Experience and Associated Vocational Training</w:t>
            </w:r>
          </w:p>
        </w:tc>
        <w:tc>
          <w:tcPr>
            <w:tcW w:w="4536" w:type="dxa"/>
            <w:tcMar>
              <w:top w:w="50" w:type="dxa"/>
              <w:left w:w="70" w:type="dxa"/>
              <w:bottom w:w="50" w:type="dxa"/>
              <w:right w:w="70" w:type="dxa"/>
            </w:tcMar>
          </w:tcPr>
          <w:p w14:paraId="495C2E9B" w14:textId="77777777" w:rsidR="00D250FE" w:rsidRPr="00AB4C19" w:rsidRDefault="001B3192">
            <w:pPr>
              <w:rPr>
                <w:sz w:val="22"/>
              </w:rPr>
            </w:pPr>
            <w:r w:rsidRPr="00AB4C19">
              <w:rPr>
                <w:sz w:val="22"/>
              </w:rPr>
              <w:t xml:space="preserve">Practical experience of general maintenance, repair, caretaking, </w:t>
            </w:r>
            <w:proofErr w:type="gramStart"/>
            <w:r w:rsidRPr="00AB4C19">
              <w:rPr>
                <w:sz w:val="22"/>
              </w:rPr>
              <w:t>facilities</w:t>
            </w:r>
            <w:proofErr w:type="gramEnd"/>
            <w:r w:rsidRPr="00AB4C19">
              <w:rPr>
                <w:sz w:val="22"/>
              </w:rPr>
              <w:t xml:space="preserve"> or a similar operational role. Experience using common hand tools safely.</w:t>
            </w:r>
          </w:p>
        </w:tc>
        <w:tc>
          <w:tcPr>
            <w:tcW w:w="3402" w:type="dxa"/>
            <w:tcMar>
              <w:top w:w="50" w:type="dxa"/>
              <w:left w:w="70" w:type="dxa"/>
              <w:bottom w:w="50" w:type="dxa"/>
              <w:right w:w="70" w:type="dxa"/>
            </w:tcMar>
          </w:tcPr>
          <w:p w14:paraId="7074CA12" w14:textId="77777777" w:rsidR="00D250FE" w:rsidRPr="00AB4C19" w:rsidRDefault="001B3192">
            <w:pPr>
              <w:rPr>
                <w:sz w:val="22"/>
              </w:rPr>
            </w:pPr>
            <w:r w:rsidRPr="00AB4C19">
              <w:rPr>
                <w:sz w:val="22"/>
              </w:rPr>
              <w:t xml:space="preserve">Experience of planned preventative maintenance or working within a local authority, leisure, community, </w:t>
            </w:r>
            <w:proofErr w:type="gramStart"/>
            <w:r w:rsidRPr="00AB4C19">
              <w:rPr>
                <w:sz w:val="22"/>
              </w:rPr>
              <w:t>education</w:t>
            </w:r>
            <w:proofErr w:type="gramEnd"/>
            <w:r w:rsidRPr="00AB4C19">
              <w:rPr>
                <w:sz w:val="22"/>
              </w:rPr>
              <w:t xml:space="preserve"> or other multi-site environment.</w:t>
            </w:r>
          </w:p>
        </w:tc>
      </w:tr>
      <w:tr w:rsidR="00D250FE" w:rsidRPr="00AB4C19" w14:paraId="04A90F7C" w14:textId="77777777" w:rsidTr="00AB4C19">
        <w:tc>
          <w:tcPr>
            <w:tcW w:w="2399" w:type="dxa"/>
            <w:tcMar>
              <w:top w:w="50" w:type="dxa"/>
              <w:left w:w="70" w:type="dxa"/>
              <w:bottom w:w="50" w:type="dxa"/>
              <w:right w:w="70" w:type="dxa"/>
            </w:tcMar>
          </w:tcPr>
          <w:p w14:paraId="7CD8E8E4" w14:textId="77777777" w:rsidR="00D250FE" w:rsidRPr="00AB4C19" w:rsidRDefault="001B3192">
            <w:pPr>
              <w:rPr>
                <w:sz w:val="22"/>
              </w:rPr>
            </w:pPr>
            <w:r w:rsidRPr="00AB4C19">
              <w:rPr>
                <w:sz w:val="22"/>
              </w:rPr>
              <w:t>Maintenance Knowledge and Experience</w:t>
            </w:r>
          </w:p>
        </w:tc>
        <w:tc>
          <w:tcPr>
            <w:tcW w:w="4536" w:type="dxa"/>
            <w:tcMar>
              <w:top w:w="50" w:type="dxa"/>
              <w:left w:w="70" w:type="dxa"/>
              <w:bottom w:w="50" w:type="dxa"/>
              <w:right w:w="70" w:type="dxa"/>
            </w:tcMar>
          </w:tcPr>
          <w:p w14:paraId="286B6E03" w14:textId="77777777" w:rsidR="00D250FE" w:rsidRPr="00AB4C19" w:rsidRDefault="001B3192">
            <w:pPr>
              <w:rPr>
                <w:sz w:val="22"/>
              </w:rPr>
            </w:pPr>
            <w:r w:rsidRPr="00AB4C19">
              <w:rPr>
                <w:sz w:val="22"/>
              </w:rPr>
              <w:t>Ability to undertake straightforward maintenance and minor repairs safely and competently, and to recognise when specialist assistance is required.</w:t>
            </w:r>
          </w:p>
        </w:tc>
        <w:tc>
          <w:tcPr>
            <w:tcW w:w="3402" w:type="dxa"/>
            <w:tcMar>
              <w:top w:w="50" w:type="dxa"/>
              <w:left w:w="70" w:type="dxa"/>
              <w:bottom w:w="50" w:type="dxa"/>
              <w:right w:w="70" w:type="dxa"/>
            </w:tcMar>
          </w:tcPr>
          <w:p w14:paraId="3C68343E" w14:textId="77777777" w:rsidR="00D250FE" w:rsidRPr="00AB4C19" w:rsidRDefault="001B3192">
            <w:pPr>
              <w:rPr>
                <w:sz w:val="22"/>
              </w:rPr>
            </w:pPr>
            <w:r w:rsidRPr="00AB4C19">
              <w:rPr>
                <w:sz w:val="22"/>
              </w:rPr>
              <w:t xml:space="preserve">Experience of minor carpentry, painting and decorating, fixture and fitting repairs, external </w:t>
            </w:r>
            <w:proofErr w:type="gramStart"/>
            <w:r w:rsidRPr="00AB4C19">
              <w:rPr>
                <w:sz w:val="22"/>
              </w:rPr>
              <w:t>repairs</w:t>
            </w:r>
            <w:proofErr w:type="gramEnd"/>
            <w:r w:rsidRPr="00AB4C19">
              <w:rPr>
                <w:sz w:val="22"/>
              </w:rPr>
              <w:t xml:space="preserve"> or similar property maintenance tasks.</w:t>
            </w:r>
          </w:p>
        </w:tc>
      </w:tr>
      <w:tr w:rsidR="00D250FE" w:rsidRPr="00AB4C19" w14:paraId="588179AD" w14:textId="77777777" w:rsidTr="00AB4C19">
        <w:tc>
          <w:tcPr>
            <w:tcW w:w="2399" w:type="dxa"/>
            <w:tcMar>
              <w:top w:w="50" w:type="dxa"/>
              <w:left w:w="70" w:type="dxa"/>
              <w:bottom w:w="50" w:type="dxa"/>
              <w:right w:w="70" w:type="dxa"/>
            </w:tcMar>
          </w:tcPr>
          <w:p w14:paraId="64C3BD2B" w14:textId="77777777" w:rsidR="00D250FE" w:rsidRPr="00AB4C19" w:rsidRDefault="001B3192">
            <w:pPr>
              <w:rPr>
                <w:sz w:val="22"/>
              </w:rPr>
            </w:pPr>
            <w:r w:rsidRPr="00AB4C19">
              <w:rPr>
                <w:sz w:val="22"/>
              </w:rPr>
              <w:t>Mobile Cleansing / External Work</w:t>
            </w:r>
          </w:p>
        </w:tc>
        <w:tc>
          <w:tcPr>
            <w:tcW w:w="4536" w:type="dxa"/>
            <w:tcMar>
              <w:top w:w="50" w:type="dxa"/>
              <w:left w:w="70" w:type="dxa"/>
              <w:bottom w:w="50" w:type="dxa"/>
              <w:right w:w="70" w:type="dxa"/>
            </w:tcMar>
          </w:tcPr>
          <w:p w14:paraId="443D1282" w14:textId="77777777" w:rsidR="00D250FE" w:rsidRPr="00AB4C19" w:rsidRDefault="001B3192">
            <w:pPr>
              <w:rPr>
                <w:sz w:val="22"/>
              </w:rPr>
            </w:pPr>
            <w:r w:rsidRPr="00AB4C19">
              <w:rPr>
                <w:sz w:val="22"/>
              </w:rPr>
              <w:t>Willingness and ability to undertake litter picking, bin emptying, sweeping and associated outdoor cleansing duties as required when covering the Mobile Cleansing Operative during periods of absence.</w:t>
            </w:r>
          </w:p>
        </w:tc>
        <w:tc>
          <w:tcPr>
            <w:tcW w:w="3402" w:type="dxa"/>
            <w:tcMar>
              <w:top w:w="50" w:type="dxa"/>
              <w:left w:w="70" w:type="dxa"/>
              <w:bottom w:w="50" w:type="dxa"/>
              <w:right w:w="70" w:type="dxa"/>
            </w:tcMar>
          </w:tcPr>
          <w:p w14:paraId="75FBD0AD" w14:textId="77777777" w:rsidR="00D250FE" w:rsidRPr="00AB4C19" w:rsidRDefault="001B3192">
            <w:pPr>
              <w:rPr>
                <w:sz w:val="22"/>
              </w:rPr>
            </w:pPr>
            <w:r w:rsidRPr="00AB4C19">
              <w:rPr>
                <w:sz w:val="22"/>
              </w:rPr>
              <w:t>Previous experience of street cleansing, grounds maintenance, waste collection or environmental maintenance.</w:t>
            </w:r>
          </w:p>
        </w:tc>
      </w:tr>
      <w:tr w:rsidR="00D250FE" w:rsidRPr="00AB4C19" w14:paraId="37D425DB" w14:textId="77777777" w:rsidTr="00AB4C19">
        <w:tc>
          <w:tcPr>
            <w:tcW w:w="2399" w:type="dxa"/>
            <w:tcMar>
              <w:top w:w="50" w:type="dxa"/>
              <w:left w:w="70" w:type="dxa"/>
              <w:bottom w:w="50" w:type="dxa"/>
              <w:right w:w="70" w:type="dxa"/>
            </w:tcMar>
          </w:tcPr>
          <w:p w14:paraId="7A25D35C" w14:textId="77777777" w:rsidR="00D250FE" w:rsidRPr="00AB4C19" w:rsidRDefault="001B3192">
            <w:pPr>
              <w:rPr>
                <w:sz w:val="22"/>
              </w:rPr>
            </w:pPr>
            <w:r w:rsidRPr="00AB4C19">
              <w:rPr>
                <w:sz w:val="22"/>
              </w:rPr>
              <w:t>Specialist Knowledge</w:t>
            </w:r>
          </w:p>
        </w:tc>
        <w:tc>
          <w:tcPr>
            <w:tcW w:w="4536" w:type="dxa"/>
            <w:tcMar>
              <w:top w:w="50" w:type="dxa"/>
              <w:left w:w="70" w:type="dxa"/>
              <w:bottom w:w="50" w:type="dxa"/>
              <w:right w:w="70" w:type="dxa"/>
            </w:tcMar>
          </w:tcPr>
          <w:p w14:paraId="182A77BF" w14:textId="77777777" w:rsidR="00D250FE" w:rsidRPr="00AB4C19" w:rsidRDefault="001B3192">
            <w:pPr>
              <w:rPr>
                <w:sz w:val="22"/>
              </w:rPr>
            </w:pPr>
            <w:r w:rsidRPr="00AB4C19">
              <w:rPr>
                <w:sz w:val="22"/>
              </w:rPr>
              <w:t>Basic understanding of safe working practices, risk assessments and the importance of working within training and competence.</w:t>
            </w:r>
          </w:p>
        </w:tc>
        <w:tc>
          <w:tcPr>
            <w:tcW w:w="3402" w:type="dxa"/>
            <w:tcMar>
              <w:top w:w="50" w:type="dxa"/>
              <w:left w:w="70" w:type="dxa"/>
              <w:bottom w:w="50" w:type="dxa"/>
              <w:right w:w="70" w:type="dxa"/>
            </w:tcMar>
          </w:tcPr>
          <w:p w14:paraId="30408FA9" w14:textId="77777777" w:rsidR="00D250FE" w:rsidRPr="00AB4C19" w:rsidRDefault="001B3192">
            <w:pPr>
              <w:rPr>
                <w:sz w:val="22"/>
              </w:rPr>
            </w:pPr>
            <w:r w:rsidRPr="00AB4C19">
              <w:rPr>
                <w:sz w:val="22"/>
              </w:rPr>
              <w:t xml:space="preserve">Knowledge of COSHH, PUWER, working at height, manual </w:t>
            </w:r>
            <w:proofErr w:type="gramStart"/>
            <w:r w:rsidRPr="00AB4C19">
              <w:rPr>
                <w:sz w:val="22"/>
              </w:rPr>
              <w:t>handling</w:t>
            </w:r>
            <w:proofErr w:type="gramEnd"/>
            <w:r w:rsidRPr="00AB4C19">
              <w:rPr>
                <w:sz w:val="22"/>
              </w:rPr>
              <w:t xml:space="preserve"> or planned maintenance systems.</w:t>
            </w:r>
          </w:p>
        </w:tc>
      </w:tr>
      <w:tr w:rsidR="00D250FE" w:rsidRPr="00AB4C19" w14:paraId="4419DC5B" w14:textId="77777777" w:rsidTr="00AB4C19">
        <w:trPr>
          <w:trHeight w:val="1379"/>
        </w:trPr>
        <w:tc>
          <w:tcPr>
            <w:tcW w:w="2399" w:type="dxa"/>
            <w:tcMar>
              <w:top w:w="50" w:type="dxa"/>
              <w:left w:w="70" w:type="dxa"/>
              <w:bottom w:w="50" w:type="dxa"/>
              <w:right w:w="70" w:type="dxa"/>
            </w:tcMar>
          </w:tcPr>
          <w:p w14:paraId="60BD05C5" w14:textId="77777777" w:rsidR="00D250FE" w:rsidRPr="00AB4C19" w:rsidRDefault="001B3192">
            <w:pPr>
              <w:rPr>
                <w:sz w:val="22"/>
              </w:rPr>
            </w:pPr>
            <w:r w:rsidRPr="00AB4C19">
              <w:rPr>
                <w:sz w:val="22"/>
              </w:rPr>
              <w:t>Job Related Skills</w:t>
            </w:r>
          </w:p>
        </w:tc>
        <w:tc>
          <w:tcPr>
            <w:tcW w:w="4536" w:type="dxa"/>
            <w:tcMar>
              <w:top w:w="50" w:type="dxa"/>
              <w:left w:w="70" w:type="dxa"/>
              <w:bottom w:w="50" w:type="dxa"/>
              <w:right w:w="70" w:type="dxa"/>
            </w:tcMar>
          </w:tcPr>
          <w:p w14:paraId="4E932DC8" w14:textId="77777777" w:rsidR="00D250FE" w:rsidRPr="00AB4C19" w:rsidRDefault="001B3192">
            <w:pPr>
              <w:rPr>
                <w:sz w:val="22"/>
              </w:rPr>
            </w:pPr>
            <w:r w:rsidRPr="00AB4C19">
              <w:rPr>
                <w:sz w:val="22"/>
              </w:rPr>
              <w:t>Ability to organise and prioritise work, follow schedules and instructions, identify straightforward faults and complete basic written or electronic records accurately.</w:t>
            </w:r>
          </w:p>
        </w:tc>
        <w:tc>
          <w:tcPr>
            <w:tcW w:w="3402" w:type="dxa"/>
            <w:tcMar>
              <w:top w:w="50" w:type="dxa"/>
              <w:left w:w="70" w:type="dxa"/>
              <w:bottom w:w="50" w:type="dxa"/>
              <w:right w:w="70" w:type="dxa"/>
            </w:tcMar>
          </w:tcPr>
          <w:p w14:paraId="7F503BFA" w14:textId="77777777" w:rsidR="00D250FE" w:rsidRPr="00AB4C19" w:rsidRDefault="001B3192">
            <w:pPr>
              <w:rPr>
                <w:sz w:val="22"/>
              </w:rPr>
            </w:pPr>
            <w:r w:rsidRPr="00AB4C19">
              <w:rPr>
                <w:sz w:val="22"/>
              </w:rPr>
              <w:t xml:space="preserve">Experience using digital maintenance, </w:t>
            </w:r>
            <w:proofErr w:type="gramStart"/>
            <w:r w:rsidRPr="00AB4C19">
              <w:rPr>
                <w:sz w:val="22"/>
              </w:rPr>
              <w:t>inspection</w:t>
            </w:r>
            <w:proofErr w:type="gramEnd"/>
            <w:r w:rsidRPr="00AB4C19">
              <w:rPr>
                <w:sz w:val="22"/>
              </w:rPr>
              <w:t xml:space="preserve"> or asset-management systems.</w:t>
            </w:r>
          </w:p>
        </w:tc>
      </w:tr>
      <w:tr w:rsidR="00D250FE" w:rsidRPr="00AB4C19" w14:paraId="28519D67" w14:textId="77777777" w:rsidTr="00AB4C19">
        <w:tc>
          <w:tcPr>
            <w:tcW w:w="2399" w:type="dxa"/>
            <w:tcMar>
              <w:top w:w="50" w:type="dxa"/>
              <w:left w:w="70" w:type="dxa"/>
              <w:bottom w:w="50" w:type="dxa"/>
              <w:right w:w="70" w:type="dxa"/>
            </w:tcMar>
          </w:tcPr>
          <w:p w14:paraId="2F2776B0" w14:textId="77777777" w:rsidR="00D250FE" w:rsidRPr="00AB4C19" w:rsidRDefault="001B3192">
            <w:pPr>
              <w:rPr>
                <w:sz w:val="22"/>
              </w:rPr>
            </w:pPr>
            <w:r w:rsidRPr="00AB4C19">
              <w:rPr>
                <w:sz w:val="22"/>
              </w:rPr>
              <w:t>Personal Skills</w:t>
            </w:r>
          </w:p>
        </w:tc>
        <w:tc>
          <w:tcPr>
            <w:tcW w:w="4536" w:type="dxa"/>
            <w:tcMar>
              <w:top w:w="50" w:type="dxa"/>
              <w:left w:w="70" w:type="dxa"/>
              <w:bottom w:w="50" w:type="dxa"/>
              <w:right w:w="70" w:type="dxa"/>
            </w:tcMar>
          </w:tcPr>
          <w:p w14:paraId="1800F96F" w14:textId="77777777" w:rsidR="00D250FE" w:rsidRPr="00AB4C19" w:rsidRDefault="001B3192">
            <w:pPr>
              <w:rPr>
                <w:sz w:val="22"/>
              </w:rPr>
            </w:pPr>
            <w:r w:rsidRPr="00AB4C19">
              <w:rPr>
                <w:sz w:val="22"/>
              </w:rPr>
              <w:t xml:space="preserve">Practical common sense; reliability; ability to work on own initiative and as part of a team; and the ability to communicate with staff, </w:t>
            </w:r>
            <w:proofErr w:type="gramStart"/>
            <w:r w:rsidRPr="00AB4C19">
              <w:rPr>
                <w:sz w:val="22"/>
              </w:rPr>
              <w:t>contractors</w:t>
            </w:r>
            <w:proofErr w:type="gramEnd"/>
            <w:r w:rsidRPr="00AB4C19">
              <w:rPr>
                <w:sz w:val="22"/>
              </w:rPr>
              <w:t xml:space="preserve"> and the public in a courteous and effective manner.</w:t>
            </w:r>
          </w:p>
        </w:tc>
        <w:tc>
          <w:tcPr>
            <w:tcW w:w="3402" w:type="dxa"/>
            <w:tcMar>
              <w:top w:w="50" w:type="dxa"/>
              <w:left w:w="70" w:type="dxa"/>
              <w:bottom w:w="50" w:type="dxa"/>
              <w:right w:w="70" w:type="dxa"/>
            </w:tcMar>
          </w:tcPr>
          <w:p w14:paraId="786DD357" w14:textId="77777777" w:rsidR="00D250FE" w:rsidRPr="00AB4C19" w:rsidRDefault="001B3192">
            <w:pPr>
              <w:rPr>
                <w:sz w:val="22"/>
              </w:rPr>
            </w:pPr>
            <w:r w:rsidRPr="00AB4C19">
              <w:rPr>
                <w:sz w:val="22"/>
              </w:rPr>
              <w:t>Previous experience in a customer-facing operational role.</w:t>
            </w:r>
          </w:p>
        </w:tc>
      </w:tr>
      <w:tr w:rsidR="00D250FE" w:rsidRPr="00AB4C19" w14:paraId="1DCF0C20" w14:textId="77777777" w:rsidTr="00AB4C19">
        <w:tc>
          <w:tcPr>
            <w:tcW w:w="2399" w:type="dxa"/>
            <w:tcMar>
              <w:top w:w="50" w:type="dxa"/>
              <w:left w:w="70" w:type="dxa"/>
              <w:bottom w:w="50" w:type="dxa"/>
              <w:right w:w="70" w:type="dxa"/>
            </w:tcMar>
          </w:tcPr>
          <w:p w14:paraId="5E10485D" w14:textId="77777777" w:rsidR="00D250FE" w:rsidRPr="00AB4C19" w:rsidRDefault="001B3192">
            <w:pPr>
              <w:rPr>
                <w:sz w:val="22"/>
              </w:rPr>
            </w:pPr>
            <w:r w:rsidRPr="00AB4C19">
              <w:rPr>
                <w:sz w:val="22"/>
              </w:rPr>
              <w:t>Physical and Operational Requirements</w:t>
            </w:r>
          </w:p>
        </w:tc>
        <w:tc>
          <w:tcPr>
            <w:tcW w:w="4536" w:type="dxa"/>
            <w:tcMar>
              <w:top w:w="50" w:type="dxa"/>
              <w:left w:w="70" w:type="dxa"/>
              <w:bottom w:w="50" w:type="dxa"/>
              <w:right w:w="70" w:type="dxa"/>
            </w:tcMar>
          </w:tcPr>
          <w:p w14:paraId="31B510B8" w14:textId="77777777" w:rsidR="00D250FE" w:rsidRPr="00AB4C19" w:rsidRDefault="001B3192">
            <w:pPr>
              <w:rPr>
                <w:sz w:val="22"/>
              </w:rPr>
            </w:pPr>
            <w:r w:rsidRPr="00AB4C19">
              <w:rPr>
                <w:sz w:val="22"/>
              </w:rPr>
              <w:t>Ability to undertake the physical requirements of the role, with reasonable adjustments where appropriate, including regular walking, bending, lifting, carrying and manual tasks. Ability to travel between Council sites during the working day.</w:t>
            </w:r>
          </w:p>
        </w:tc>
        <w:tc>
          <w:tcPr>
            <w:tcW w:w="3402" w:type="dxa"/>
            <w:tcMar>
              <w:top w:w="50" w:type="dxa"/>
              <w:left w:w="70" w:type="dxa"/>
              <w:bottom w:w="50" w:type="dxa"/>
              <w:right w:w="70" w:type="dxa"/>
            </w:tcMar>
          </w:tcPr>
          <w:p w14:paraId="0A4F4321" w14:textId="77777777" w:rsidR="00D250FE" w:rsidRPr="00AB4C19" w:rsidRDefault="001B3192">
            <w:pPr>
              <w:rPr>
                <w:sz w:val="22"/>
              </w:rPr>
            </w:pPr>
            <w:r w:rsidRPr="00AB4C19">
              <w:rPr>
                <w:sz w:val="22"/>
              </w:rPr>
              <w:t xml:space="preserve">Previous experience in a physically active maintenance, cleansing, </w:t>
            </w:r>
            <w:proofErr w:type="gramStart"/>
            <w:r w:rsidRPr="00AB4C19">
              <w:rPr>
                <w:sz w:val="22"/>
              </w:rPr>
              <w:t>grounds</w:t>
            </w:r>
            <w:proofErr w:type="gramEnd"/>
            <w:r w:rsidRPr="00AB4C19">
              <w:rPr>
                <w:sz w:val="22"/>
              </w:rPr>
              <w:t xml:space="preserve"> or facilities role.</w:t>
            </w:r>
          </w:p>
        </w:tc>
      </w:tr>
      <w:tr w:rsidR="00D250FE" w:rsidRPr="00AB4C19" w14:paraId="199420F9" w14:textId="77777777" w:rsidTr="00AB4C19">
        <w:tc>
          <w:tcPr>
            <w:tcW w:w="2399" w:type="dxa"/>
            <w:tcMar>
              <w:top w:w="50" w:type="dxa"/>
              <w:left w:w="70" w:type="dxa"/>
              <w:bottom w:w="50" w:type="dxa"/>
              <w:right w:w="70" w:type="dxa"/>
            </w:tcMar>
          </w:tcPr>
          <w:p w14:paraId="2B10F7E0" w14:textId="77777777" w:rsidR="00D250FE" w:rsidRPr="00AB4C19" w:rsidRDefault="001B3192">
            <w:pPr>
              <w:rPr>
                <w:sz w:val="22"/>
              </w:rPr>
            </w:pPr>
            <w:r w:rsidRPr="00AB4C19">
              <w:rPr>
                <w:sz w:val="22"/>
              </w:rPr>
              <w:t>Special Working Conditions</w:t>
            </w:r>
          </w:p>
        </w:tc>
        <w:tc>
          <w:tcPr>
            <w:tcW w:w="4536" w:type="dxa"/>
            <w:tcMar>
              <w:top w:w="50" w:type="dxa"/>
              <w:left w:w="70" w:type="dxa"/>
              <w:bottom w:w="50" w:type="dxa"/>
              <w:right w:w="70" w:type="dxa"/>
            </w:tcMar>
          </w:tcPr>
          <w:p w14:paraId="45021475" w14:textId="77777777" w:rsidR="00D250FE" w:rsidRPr="00AB4C19" w:rsidRDefault="001B3192">
            <w:pPr>
              <w:rPr>
                <w:sz w:val="22"/>
              </w:rPr>
            </w:pPr>
            <w:r w:rsidRPr="00AB4C19">
              <w:rPr>
                <w:sz w:val="22"/>
              </w:rPr>
              <w:t>Outdoor working in inclement weather. Lone working and occasional work at remote or isolated locations. Willingness to deal appropriately with unpleasant waste. Willingness to occasionally work evenings and weekends to support Council events and operational requirements.</w:t>
            </w:r>
          </w:p>
        </w:tc>
        <w:tc>
          <w:tcPr>
            <w:tcW w:w="3402" w:type="dxa"/>
            <w:tcMar>
              <w:top w:w="50" w:type="dxa"/>
              <w:left w:w="70" w:type="dxa"/>
              <w:bottom w:w="50" w:type="dxa"/>
              <w:right w:w="70" w:type="dxa"/>
            </w:tcMar>
          </w:tcPr>
          <w:p w14:paraId="7BD79C4D" w14:textId="77777777" w:rsidR="00D250FE" w:rsidRPr="00AB4C19" w:rsidRDefault="001B3192">
            <w:pPr>
              <w:rPr>
                <w:sz w:val="22"/>
              </w:rPr>
            </w:pPr>
            <w:r w:rsidRPr="00AB4C19">
              <w:rPr>
                <w:sz w:val="22"/>
              </w:rPr>
              <w:t xml:space="preserve">Previous experience supporting community events, public </w:t>
            </w:r>
            <w:proofErr w:type="gramStart"/>
            <w:r w:rsidRPr="00AB4C19">
              <w:rPr>
                <w:sz w:val="22"/>
              </w:rPr>
              <w:t>events</w:t>
            </w:r>
            <w:proofErr w:type="gramEnd"/>
            <w:r w:rsidRPr="00AB4C19">
              <w:rPr>
                <w:sz w:val="22"/>
              </w:rPr>
              <w:t xml:space="preserve"> or out-of-hours operational activities.</w:t>
            </w:r>
          </w:p>
        </w:tc>
      </w:tr>
    </w:tbl>
    <w:p w14:paraId="62C1B29E" w14:textId="77777777" w:rsidR="001B3192" w:rsidRPr="00DF25CA" w:rsidRDefault="001B3192">
      <w:pPr>
        <w:rPr>
          <w:sz w:val="20"/>
          <w:szCs w:val="20"/>
        </w:rPr>
      </w:pPr>
    </w:p>
    <w:sectPr w:rsidR="001B3192" w:rsidRPr="00DF25CA" w:rsidSect="00034616">
      <w:pgSz w:w="11906" w:h="16838"/>
      <w:pgMar w:top="624" w:right="1134" w:bottom="709" w:left="1134"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8419312">
    <w:abstractNumId w:val="8"/>
  </w:num>
  <w:num w:numId="2" w16cid:durableId="1675375878">
    <w:abstractNumId w:val="6"/>
  </w:num>
  <w:num w:numId="3" w16cid:durableId="1726291697">
    <w:abstractNumId w:val="5"/>
  </w:num>
  <w:num w:numId="4" w16cid:durableId="181210195">
    <w:abstractNumId w:val="4"/>
  </w:num>
  <w:num w:numId="5" w16cid:durableId="256795763">
    <w:abstractNumId w:val="7"/>
  </w:num>
  <w:num w:numId="6" w16cid:durableId="919950414">
    <w:abstractNumId w:val="3"/>
  </w:num>
  <w:num w:numId="7" w16cid:durableId="1341541158">
    <w:abstractNumId w:val="2"/>
  </w:num>
  <w:num w:numId="8" w16cid:durableId="1078360974">
    <w:abstractNumId w:val="1"/>
  </w:num>
  <w:num w:numId="9" w16cid:durableId="1655380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5B5"/>
    <w:rsid w:val="00034616"/>
    <w:rsid w:val="0006063C"/>
    <w:rsid w:val="0015074B"/>
    <w:rsid w:val="001B3192"/>
    <w:rsid w:val="001E79EC"/>
    <w:rsid w:val="0029639D"/>
    <w:rsid w:val="002F7083"/>
    <w:rsid w:val="00326F90"/>
    <w:rsid w:val="003B19ED"/>
    <w:rsid w:val="004F7107"/>
    <w:rsid w:val="005A414C"/>
    <w:rsid w:val="00616811"/>
    <w:rsid w:val="00686A1E"/>
    <w:rsid w:val="006B57B1"/>
    <w:rsid w:val="00715DAE"/>
    <w:rsid w:val="00AA1D8D"/>
    <w:rsid w:val="00AB4C19"/>
    <w:rsid w:val="00B210AC"/>
    <w:rsid w:val="00B45818"/>
    <w:rsid w:val="00B47730"/>
    <w:rsid w:val="00C1166E"/>
    <w:rsid w:val="00CB0664"/>
    <w:rsid w:val="00D250FE"/>
    <w:rsid w:val="00DF25CA"/>
    <w:rsid w:val="00E00050"/>
    <w:rsid w:val="00E93F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1FC919"/>
  <w14:defaultImageDpi w14:val="300"/>
  <w15:docId w15:val="{3815C493-C3D1-4996-8FED-FC2F3D388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ED230B-991C-4637-B58F-5F0A338E2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9F38E0D4-2C88-4E90-ABC8-6232D447698B}">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customXml/itemProps4.xml><?xml version="1.0" encoding="utf-8"?>
<ds:datastoreItem xmlns:ds="http://schemas.openxmlformats.org/officeDocument/2006/customXml" ds:itemID="{2EAC7C9E-6E75-4DDB-8EE4-12CD7859A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&amp; Mobile Cleansing Operative Cover - Job Description and Employee Specification</dc:title>
  <dc:subject>Bradley Stoke Town Council job description and person specification</dc:subject>
  <dc:creator>Bradley Stoke Town Council</dc:creator>
  <cp:keywords/>
  <dc:description>generated by python-docx</dc:description>
  <cp:lastModifiedBy>Sharon Petela</cp:lastModifiedBy>
  <cp:revision>13</cp:revision>
  <cp:lastPrinted>2026-09-14T15:42:00Z</cp:lastPrinted>
  <dcterms:created xsi:type="dcterms:W3CDTF">2026-09-09T13:34:00Z</dcterms:created>
  <dcterms:modified xsi:type="dcterms:W3CDTF">2026-09-14T15:42:00Z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0x01010001030519C79C0B4DBFAF8FC8E2ACEBD5</vt:lpwstr>
  </property>
  <property fmtid="{D5CDD505-2E9C-101B-9397-08002B2CF9AE}" pid="3" name="MediaServiceImageTags">
    <vt:lpwstr/>
  </property>
</Properties>
</file>